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5Sd/138/2015 z 19. 1. 2016</w:t>
      </w:r>
    </w:p>
    <w:p>
      <w:r>
        <w:t>Uznesenie Krajského súdu Bratislava z 19. januára 2016, sp. zn. 5Sd/138/2015, ECLI:SK:KSBA:2016:1015202043.1</w:t>
      </w:r>
    </w:p>
    <w:p>
      <w:r>
        <w:t>Súd: Krajský súd Bratislava</w:t>
      </w:r>
    </w:p>
    <w:p>
      <w:r>
        <w:t>Spisová značka: 5Sd/138/2015</w:t>
      </w:r>
    </w:p>
    <w:p>
      <w:r>
        <w:t>ECLI: ECLI:SK:KSBA:2016:1015202043.1</w:t>
      </w:r>
    </w:p>
    <w:p>
      <w:r>
        <w:t>Dátum vydania: 19.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5Sd/138/2015 Identifikačné číslo súdneho spisu: 1015202043 Dátum vydania rozhodnutia: 20. 01. 2016 Meno a priezvisko sudcu, VSÚ: JUDr. Milota Tóthová ECLI: ECLI:SK:KSBA:2016:1015202043.1</w:t>
      </w:r>
    </w:p>
    <w:p>
      <w:r>
        <w:t>Uznesenie Krajský súd v Bratislave v právnej veci navrhovateľa V. Q., O. O. XX/B, O. proti odporkyni Sociálnej poisťovni ústredie, Ul. 29. augusta č. 8-10, Bratislava o invalidný dôchodok takto</w:t>
      </w:r>
    </w:p>
    <w:p>
      <w:r>
        <w:t>r o z h o d o l :</w:t>
      </w:r>
    </w:p>
    <w:p>
      <w:r>
        <w:t>Súd konanie zastavuje.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15.7.2015 žiadal preskúmať rozhodnutie odporkyne číslo XXX XXX XXXX X zo dňa 16.6.2015, ktorým odporkyňa rozhodla, že priznaním invalidného dôchodku podľa § 70 ods. 1 zákona č. 461/2003 Z.z. o sociálnom poistení v znení neskorších predpisov od 24. februára 2015 v sume 153,60 eur mesačne navrhovateľovi súčasne podľa § 263a ods. 5 zákona č. 461/2003 Z.z. v znení zákona č. 529/2006 Z.z. zaniká o 24. júla 2015 nárok na doteraz vyplácaný invalidný dôchodok, ako aj na invalidný dôchodok, na ktorý navrhovateľovi vznikol nárok od 24. februára 2015 podľa § 263 ods. 1 zákona č. 461/2003 sociálnom poistní v znení zákona č. 310/2006 Z.z. a podľa § 37 ods. 3 zákona č. 100/1988 Zb. o sociálnom zabezpečení v znení neskorších predpisov v sume 110,60 eur mesačne (podľa posudku posudkového lekára Sociálnej poisťovne pobočka Bratislava zo dňa 24.2.2015 navrhovateľ bol od 24.2.2015 uznaný čiastočne invalidným podľa § 37 ods. 3 písm. b) zákona č. 100/1988 Zb. o sociálnom zabezpečení v znení neskorších predpisov a za invalidného podľa § 71 ods. 1 zákona č. 461/2003 Z.z. o sociálnom poistení v znení neskorších predpisov s mierou poklesu schopnosti vykonávať zárobkovú činnosť 50%).</w:t>
      </w:r>
    </w:p>
    <w:p>
      <w:r>
        <w:t>Odporkyňa vydala rozhodnutie číslo XXX XXX XXXX X - I. zo dňa 1.12.2015, ktorým zrušila napadnuté rozhodnutie číslo XXX XXX XXXX X zo dňa 16.6.2015, pretože podľa výroku posudkového lekára Sociálnej poisťovne ústredie, vysunuté pracovisko Bratislava z dňa 11.11.2015 navrhovateľ je naďalej invalidný podľa § 29 ods. 3 zákona č 461/2003 Z.z. zákona č. 100/1988 Zb. v znení zákona č. 194/1994 Z.z. a zákona č. č. 107/1999 Z.z. a zároveň od 17. decembra 2008 invalidný podľa § 71 ods. 1 zákona č. 461/2003 Z.z. o sociálnom poistení s mierou poklesu schopnosti vykonávať zárobkovú činnosť 75% a navrhovateľovi naďalej patrí invalidný dôchodok v sume 283,70 eur mesačne, čím navrhovateľovi celkom vyhovela.</w:t>
      </w:r>
    </w:p>
    <w:p>
      <w:r>
        <w:t>Súd podľa § 250o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https://www.kauzis.sk/judikatura/r/ECLI:SK:KSBA:2016:1015202043.1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