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10Sd/143/2015 z 18. 1. 2016</w:t>
      </w:r>
    </w:p>
    <w:p>
      <w:r>
        <w:t>Uznesenie Krajského súdu Bratislava z 18. januára 2016, sp. zn. 10Sd/143/2015, ECLI:SK:KSBA:2016:1015202108.1</w:t>
      </w:r>
    </w:p>
    <w:p>
      <w:r>
        <w:t>Súd: Krajský súd Bratislava</w:t>
      </w:r>
    </w:p>
    <w:p>
      <w:r>
        <w:t>Spisová značka: 10Sd/143/2015</w:t>
      </w:r>
    </w:p>
    <w:p>
      <w:r>
        <w:t>ECLI: ECLI:SK:KSBA:2016:1015202108.1</w:t>
      </w:r>
    </w:p>
    <w:p>
      <w:r>
        <w:t>Dátum vydania: 18.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10Sd/143/2015 Identifikačné číslo súdneho spisu: 1015202108 Dátum vydania rozhodnutia: 19. 01. 2016 Meno a priezvisko sudcu, VSÚ: JUDr. Beata Jurgošová ECLI: ECLI:SK:KSBA:2016:1015202108.1</w:t>
      </w:r>
    </w:p>
    <w:p>
      <w:r>
        <w:t>Uznesenie Krajský súd v Bratislave v právnej veci navrhovateľa: U. Y., nar. XX.XX.XXXX, bytom U.W. XX, XXX XX V.,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25.08.2015 žiadal preskúmať rozhodnutie odporkyne číslo XXX XXX XXXX X zo dňa 24.06.2015, ktorým mu bola zamietnutá žiadosť o invalidný dôchodok.</w:t>
      </w:r>
    </w:p>
    <w:p>
      <w:r>
        <w:t>Na posúdení zdravotného stavu dňa 26.11.2015 navrhovateľ oznámil, že súhlasí s posúdením a určenou mierou poklesu schopnosti vykonávať zárobkovú činnosť 55% ako aj s dátumom vzniku invalidity, opravný prostriedok berie späť a žiada konanie zastaviť.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https://www.kauzis.sk/judikatura/r/ECLI:SK:KSBA:2016:1015202108.1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