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10Sd/146/2015 z 24. 5. 2016</w:t>
      </w:r>
    </w:p>
    <w:p>
      <w:r>
        <w:t>Uznesenie Krajského súdu Bratislava z 24. mája 2016, sp. zn. 10Sd/146/2015, ECLI:SK:KSBA:2016:1015202143.1</w:t>
      </w:r>
    </w:p>
    <w:p>
      <w:r>
        <w:t>Súd: Krajský súd Bratislava</w:t>
      </w:r>
    </w:p>
    <w:p>
      <w:r>
        <w:t>Spisová značka: 10Sd/146/2015</w:t>
      </w:r>
    </w:p>
    <w:p>
      <w:r>
        <w:t>ECLI: ECLI:SK:KSBA:2016:1015202143.1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10Sd/146/2015 Identifikačné číslo súdneho spisu: 1015202143 Dátum vydania rozhodnutia: 25. 05. 2016 Meno a priezvisko sudcu, VSÚ: JUDr. Beata Jurgošová ECLI: ECLI:SK:KSBA:2016:1015202143.1 Uznesenie Krajský súd v Bratislave v právnej veci navrhovateľa: I. Š., bytom D. XXX/XX, Š. proti odporkyni: Sociálnej poisťovni ústredie, Ul. 29. augusta č. 8, Bratislava, o vdovecký a sirotský dôchodok, takto r o z h o d o l : Súd konanie z a s t a v u j e . Žiaden z účastníkov nemá právo na náhradu trov konania. o d ô v o d n e n i e : Navrhovateľ svojím návrhom zo dňa 14.10.2015 žiadal preskúmať rozhodnutie odporkyne číslo XXX XXX XXXX X zo dňa 16.9.2015, ktorým mu odporkyňa zamietla jeho žiadosť o vdovecký dôchodok. Rozhodnutím číslo XXX XXX XXXX X - V.. zo dňa 16.11.2015 odporkyňa podľa § 112 zákona č. 461/2003 Z.z. o sociálnom poistení v znení neskorších predpisov zrušila rozhodnutie Sociálnej poisťovni ústredie číslo XXX XXX XXXX zo dňa 16.9.2015 o zamietnutí žiadosti o priznanie vdoveckého dôchodku. Odporkyňa vydala rozhodnutie číslo XXX XXX XXXX X - V.. zo dňa 16.11.2015, ktorým podľa § 74, § 81 ods. 6 a § 82 zákona č. 461/2003 Z. z. o sociálnom poistení v znení neskorších predpisov, navrhovateľovi od 25. septembra 2014 priznala vdovecký dôchodok v sume 94,10 eur mesačne, a podľa § 82 zákona č. 461/2003 Z. z. o sociálnom poistení navrhovateľovi od 1. januára 2015 zvýšila vdovský dôchodok na sumu 97,50 eur mesačne, čím opravnému prostriedku navrhovateľa, bolo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https://www.kauzis.sk/judikatura/r/ECLI:SK:KSBA:2016:1015202143.1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