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8Sd/147/2015 z 21. 1. 2016</w:t>
      </w:r>
    </w:p>
    <w:p>
      <w:r>
        <w:t>Uznesenie Krajského súdu Bratislava z 21. januára 2016, sp. zn. 8Sd/147/2015, ECLI:SK:KSBA:2016:1015202154.1</w:t>
      </w:r>
    </w:p>
    <w:p>
      <w:r>
        <w:t>Súd: Krajský súd Bratislava</w:t>
      </w:r>
    </w:p>
    <w:p>
      <w:r>
        <w:t>Spisová značka: 8Sd/147/2015</w:t>
      </w:r>
    </w:p>
    <w:p>
      <w:r>
        <w:t>ECLI: ECLI:SK:KSBA:2016:1015202154.1</w:t>
      </w:r>
    </w:p>
    <w:p>
      <w:r>
        <w:t>Dátum vydania: 21.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8Sd/147/2015 Identifikačné číslo súdneho spisu: 1015202154 Dátum vydania rozhodnutia: 22. 01. 2016 Meno a priezvisko sudcu, VSÚ: JUDr. Peter Pospech ECLI: ECLI:SK:KSBA:2016:1015202154.1</w:t>
      </w:r>
    </w:p>
    <w:p>
      <w:r>
        <w:t>Uznesenie Krajský súd v Bratislave v právnej veci navrhovateľa: A. Q., H.. XX.XX.XXXX, C. N. XXXX/X, XXX XX C., proti odporkyni: Sociálna poisťovňa - ústredie, ul. 29. augusta 8, 813 63 Bratislava, o invalidný dôchodok, takto</w:t>
      </w:r>
    </w:p>
    <w:p>
      <w:r>
        <w:t>r o z h o d o l :</w:t>
      </w:r>
    </w:p>
    <w:p>
      <w:r>
        <w:t>Súd konanie z a s t a v u j e 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Navrhovateľ svojím návrhom zo dňa 08.07.2015 žiadal preskúmať rozhodnutie odporkyne číslo XXX XXX XXXX X zo dňa 04.06.2015, ktorým mu bol priznaný invalidný dôchodok odo dňa 18.02.2015 v sume 289,80 Eur mesačne.</w:t>
      </w:r>
    </w:p>
    <w:p>
      <w:r>
        <w:t>Podaním zo dňa 25.11.2015 navrhovateľ oznámil, že opravný prostriedok berie späť a žiada konanie zastaviť.</w:t>
      </w:r>
    </w:p>
    <w:p>
      <w:r>
        <w:t>Súd podľa § 250d ods. 3 v spojení s § 250h ods. 2 a § 250l ods. 2 O.s.p. konanie zastavil.</w:t>
      </w:r>
    </w:p>
    <w:p>
      <w:r>
        <w:t>O trovách konania súd rozhodol podľa § 246c a § 146 ods. 1 písm. c/ O.s.p.</w:t>
      </w:r>
    </w:p>
    <w:p>
      <w:r>
        <w:t>Poučenie:</w:t>
      </w:r>
    </w:p>
    <w:p>
      <w:r>
        <w:t>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https://www.kauzis.sk/judikatura/r/ECLI:SK:KSBA:2016:1015202154.1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