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1S/310/2015 z 22. 6. 2016</w:t>
      </w:r>
    </w:p>
    <w:p>
      <w:r>
        <w:t>Uznesenie Krajského súdu Bratislava z 22. júna 2016, sp. zn. 1S/310/2015, ECLI:SK:KSBA:2016:1015202159.1</w:t>
      </w:r>
    </w:p>
    <w:p>
      <w:r>
        <w:t>Súd: Krajský súd Bratislava</w:t>
      </w:r>
    </w:p>
    <w:p>
      <w:r>
        <w:t>Spisová značka: 1S/310/2015</w:t>
      </w:r>
    </w:p>
    <w:p>
      <w:r>
        <w:t>ECLI: ECLI:SK:KSBA:2016:1015202159.1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1S/310/2015 Identifikačné číslo súdneho spisu: 1015202159 Dátum vydania rozhodnutia: 23. 06. 2016 Meno a priezvisko sudcu, VSÚ: JUDr. Monika Valašíková PhD. ECLI: ECLI:SK:KSBA:2016:1015202159.1 Uznesenie Krajský súd v Bratislave v právnej veci žalobcu: D.. O. F., T. XX, XXX XX R., proti žalovanému: Okresný úrad Bratislava, odbor opravných prostriedkov, katastrálny odbor, Ružová dolina 27, 821 09 Bratislava, o preskúmanie zákonnosti rozhodnutia žalovaného č. i5/2015-BPR zo dňa 19.10.2015, takto r o z h o d o l : Krajský súd v Bratislave konanie z a s t a v u j e . Žiaden z účastníkov nemá právo na náhradu trov konania. o d ô v o d n e n i e : Žalobca sa žalobou doručenou tunajšiemu súdu dňa 28.12.2015 domáhal preskúmania zákonnosti rozhodnutia žalovaného č. i5/2015-BPR zo dňa 19.10.2015, ktorým žalovaný zamietol odvolanie žalobcu a rozhodnutie Okresného úradu Bratislava, katastrálneho odboru č. KO21-0177549/2015 zo dňa 24.09.2015 potvrdil. Pred rozhodnutím vo veci samej žalobca svojím podaním, osobne podaným tunajšiemu súdu dňa 30.05.2016 oznámil, že berie svoju žalobu v celom rozsahu späť.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 (§ 250h ods. 2 O.s.p.). Vzhľadom na skutočnosť, že žalobca vzal späť žalobu pred rozhodnutím veci, súd v súlade s ust. § 250d ods. 3 O.s.p. konanie zastavil. O trovách konania súd rozhodol podľa ust. § 146 ods. 1 písm. c) O.s.p. s použitím ust. § 246c ods. 1, veta prvá O.s.p. tak, že žiaden z účastníkov nemá právo na náhradu trov konania, pretože konanie vo veci bolo zastavené. Toto rozhodnutie prijal senát Krajského súdu v Bratislave v pomere hlasov 3 : 0 (podľa § 3 ods. 9 zákona č. 757/2004 Z.z. o súdoch a o zmene a doplnení niektorých zákonov v znení účinnom ku dňu 01.05.2011).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https://www.kauzis.sk/judikatura/r/ECLI:SK:KSBA:2016:1015202159.1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