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3Co/200/2015 z 27. 7. 2016</w:t>
      </w:r>
    </w:p>
    <w:p>
      <w:r>
        <w:t>Rozsudok Krajského súdu Bratislava z 27. júla 2016, sp. zn. 3Co/200/2015, ECLI:SK:KSBA:2016:1015891774.1</w:t>
      </w:r>
    </w:p>
    <w:p>
      <w:r>
        <w:t>Súd: Krajský súd Bratislava</w:t>
      </w:r>
    </w:p>
    <w:p>
      <w:r>
        <w:t>Spisová značka: 3Co/200/2015</w:t>
      </w:r>
    </w:p>
    <w:p>
      <w:r>
        <w:t>ECLI: ECLI:SK:KSBA:2016:1015891774.1</w:t>
      </w:r>
    </w:p>
    <w:p>
      <w:r>
        <w:t>Dátum vydania: 27. 7. 2016</w:t>
      </w:r>
    </w:p>
    <w:p>
      <w:r>
        <w:t>Forma: Rozsudok</w:t>
      </w:r>
    </w:p>
    <w:p>
      <w:r>
        <w:t>Oblasť práva: Občianske právo</w:t>
      </w:r>
    </w:p>
    <w:p>
      <w:pPr>
        <w:pStyle w:val="Heading2"/>
      </w:pPr>
      <w:r>
        <w:t>Text rozhodnutia</w:t>
      </w:r>
    </w:p>
    <w:p>
      <w:r>
        <w:t>Súd: Krajský súd Bratislava Spisová značka: 3Co/200/2015 Identifikačné číslo súdneho spisu: 1015891774 Dátum vydania rozhodnutia: 28. 07. 2016 Meno a priezvisko sudcu, VSÚ: JUDr. Roman Bolebruch ECLI: ECLI:SK:KSBA:2016:1015891774.1 ROZSUDOK V MENE SLOVENSKEJ REPUBLIKY Krajský súd v Bratislave v senáte zloženom z predsedu senátu JUDr. Romana Bolebrucha a sudcov JUDr. Ing. Maria Dubaňa a JUDr. Alexandry Hanusovej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V č.k. 50C/179/2012-90, zo dňa 14.10.2014 a proti uzneseniu Okresného súdu Bratislava V č.k. 50C/179/2012-124, zo dňa 21.1.2015, takto r o z h o d o l : I. Odvolací súd napadnutý rozsudok súdu prvej inštancie p o t v r d z u j e . II. Napadnuté uznesenie súdu prvej inštancie p o t v r d z u j e . III. Žalovanému priznáva proti žalobcovi plný nárok na náhradu trov odvolacieho konania. o d ô v o d n e n i e : 1. Napadnutým rozsudkom súd prvej inštancie zamietol žalobu a žalovanému nepriznal náhradu trov konania. 2. V odôvodnení uviedol, že žalobca sa žalobou doručenou súdu 27.9.2012 domáhal voči žalovanému náhrady škody 2.835,44 eura a nemajetkovej ujmy 567,09 eura, ktoré mu vznikli nesprávnym úradným postupom Okresného súdu Bratislava V v exekučnej veci vedenej pod sp. zn. 37Er/134/2011 tým, že v exekučných konaniach vedených podľa procesných pravidiel Exekučného poriadku je založená zákonná povinnosť exekučného súdu rozhodnúť o žiadosti exekútora o udelenie poverenia na vykonanie exekúcie do 15 dní od doručenia takejto žiadosti ak je titulom vykonateľné rozhodnutie rozhodcovského súdu. Exekučný súd napriek tomu, že vec ním prejednávaná nevykazovala prvky nadmernej právnej zložitosti, nevyžadovala si takú spoluprácu so stranami sporu, ktorá by mohla mať svojou komplexnosťou podstatný vplyv na čas potrebný k posúdeniu a rozhodnutiu a žiadosti na vykonanie exekúcie spĺňali všetky materiálne a formálne náležitosti predpokladané zákonom, rozhodol o žiadostiach o udelenie poverenia a to rozhodnutím o zamietnutí žiadosti o udelenie poverenia po uplynutí zákonom stanovenej doby. Majetková škoda vznikla žalobcovi ako náhrada istiny s príslušenstvom, ktorá viac nemôže byť priznaná právoplatným rozhodnutím všeobecného súdu v občianskom súdnom konaní a nemôže preto tiež nastať akceptácia návrhu na nútené vymáhanie istiny a príslušenstva zo strany exekučného súdu. Náhradu nemajetkovej ujmy žalobca uplatnil na základe požiadavky na spravodlivé usporiadanie vzťahov a dosiahnutie adekvátnej nápravy a primeranej satisfakcie za porušenie základných práv a princípov právneho štátu vo výške 20 % z uplatňovanej istiny s príslušenstvom, t.j. hodnoty majetkového práva postihnutého právnou deformáciou. 3. Súd prvej inštancie v odôvodnení konštatoval, že vo veci nariadil pojednávanie až po právoplatnosti uznesenia č.k. 50C/179/2012-53, zo dňa 14.2.2014 v spojení s uznesením Krajského súdu v Bratislave č.k. 14Co/259/2014-78, zo dňa 30.5.2014, ktorým bol návrh žalobcu na prerušenie konania zamietnutý; uznesenie nadobudlo právoplatnosť 18.7.2014; pojednávanie bolo nariadené na 14.10.2014. Žalovaným vznesenú námietku premlčania považoval za neopodstatnenú vychádzajúc z toho, že žalobcovi bolo rozhodnutie o zamietnutí poverenia súdneho exekútora doručené 7.3.2011, žalobca sa preto mohol o škode a jej výške dozvedieť najskôr dňa 7.3.2011 a pokiaľ si žalobu na náhradu majetkovej škody a nemajetkovej ujmy podľa zákona č. 514/2003 Z.z. podal na súde 27.9.2012, nie je možné s poukazom na § 19 ods. 1, ods. 2 zákona č. 514/2003 Z.z. konštatovať premlčanie jeho práva. Súd prvej inštancie ďalej uviedol, že ustanovenie zákona, podľa ktorého otázku, či v konkrétnom prípade bolo alebo nebolo porušené právo na prerokovanie veci bez zbytočných prieťahov je kompetentný preskúmať Ústavný súd Slovenskej republiky, bolo vnesené do právnej úpravy až novelou zákona č. 514/2003 Z.z. účinnou od 1.1.2013, preto v súlade s právnou teóriou považoval za potrebné aplikovať hmotnoprávne ustanovenie platné v čase vzniku škody, nároku, resp. v čase uplatnenia nároku na predbežné prerokovanie nároku príslušným orgánom a na súde. Žalobca uplatnil nárok na súde pred účinnosťou novelizovaného znenia zákona, z čoho vyvodil, že na predmetné konanie je nutné aplikovať právny stav v čase vzniku škody, resp. uplatnenia náhrady škody, t.j. do 31.12.2012. Vzhľadom na uvedené mal za to, že všeobecný súd je oprávnený rozhodovať o nároku žalobcu v prípade prieťahov konania, resp. nesprávneho úradného postupu, uplatneného žalobou dňa 27.9.2012 podľa hmotnoprávnych ustanovení zákona č. 514/2003 Z.z. v znení platnom do 31.12.2012. 4. Z exekučného spisu sp. zn. 37Er/134/2011 súd prvej inštancie zistil, že žalobca si uplatnil náhradu škody v sume 2.835,44 eura ako náhradu istiny s príslušenstvom, ktorá viac nemôže byť priznaná právoplatným rozhodnutím všeobecného súdu a sumu 567,09 eura titulom primeranej náhrady nemajetkovej ujmy za vnútorné zásahy do spoločnosti, t.j. 20 % z hodnoty majetkového práva postihnutého procesnou deformáciou, z dôvodu, že podľa tvrdenia navrhovateľa podal návrh na vykonanie exekúcie súdnemu exekútorovi, konanie malo začať 14.12.2010, pre vymoženie pohľadávky zo zmluvy o úvere č. XXXXXXX, dlžníka/povinného: R. P., nar. X.X.XXXX, vedenej exekútorom pod sp. zn. EX 18439/2010. Súdny exekútor požiadal o udelenie poverenia na vykonanie exekúcie a (exekučný) súd o žiadosti rozhodol až 22.3.2011 (v omeškaní viac ako 98 dní) rozhodnutím o zamietnutí žiadosti o udelenie poverenia, t.j. po zákonom stanovenej 15 dňovej lehote. Súdny exekútor JUDr. I. Q. v exekučnom konaní EX 11785/10 na návrh žalobcu proti povinnému: R. P., nar. X.X. XXXX na vymoženie pohľadávky 633 eur s prísl., na základe zápisnice spísanej súdnym exekútorom 14.2.2010, požiadal listom doručeným (exekučnému) súdu 18.1.2011 o udelenie poverenia na vymoženie pohľadávky na základe exekučného titulu Rozsudku Stáleho rozhodcovského súdu zo dňa 3.11.2010, sp. zn. SR 00466/10, právoplatného 29.11.2010 a vykonateľného 2.12.2010, ktorým Stály rozhodcovský súd zaviazal povinného na zaplatenie istiny 633 eur spolu so zmenkovým úrokom vo výške 0,25 % denne zo sumy 633 eur od 19.8.2009 do zaplatenia, zákonným úrokom vo výške 6 % ročne zo sumy 633 eur od 23.12.2009 do zaplatenia a náhradou trov rozhodcovského konania. Súd prvej inštancie skonštatoval, že uvedený záväzok vznikol zo zmluvy o úvere č. 1191471 z 21.4.2009, zabezpečeným zmenkou z 21.4.2009 a Okresný súd Bratislava V uznesením č.k. 37Er/134/2011-10, zo dňa 14.2.2011, zamietol žiadosť súdneho exekútora JUDr. I. Q. na udelenie poverenia na vykonanie exekúcie doručenej z dôvodu, že úverová zmluva obsahuje ustanovenia, ktoré je potrebné považovať za neplatné, keďže odporujú dobrým mravom. Z exekučného spisu mal za preukázané, že žiadosť o udelenie poverenia na vykonanie exekúcie bola doručená (exekučnému) súdu 18.1.2011 a exekučný súd rozhodol po preskúmaní exekučného titulu uznesením dňa 14.2.2011 a nie 22.3.2011, ako tvrdí žalobca. 5. Uviedol ďalej, že keďže exekučné konanie bolo začaté 14.12.2010, na exekučné konanie sa vzťahuje Exekučný poriadok v znení platnom od 1.7.2010 do 31.5.2011; podľa § 44 ods. 1, ods. 2 Exekučného poriadku v znení platnom od 1.7.2010 do 31.5.2011 exekútor, ktorému bol doručený návrh oprávneného na vykonanie exekúcie, predloží tento návrh spolu s exekučným titulom najneskôr do 15 dní od doručenia alebo odstránenia vád návrhu súdu (§ 45) a požiada ho o udelenie poverenia na vykonanie exekúcie.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uvedenej dikcie zákona mu vyplynulo, že na rozhodnutie súdu o žiadosti na udelenie poverenia, ak súd zistil rozpor žiadosti alebo návrhu alebo exekučného titulu so zákonom a na rozhodcovské rozsudky, sa nevzťahuje zákonná 15 dňová lehota a uzavrel, že vzhľadom na uvedenú skutočnosť nezistil nesprávny úradný postup ani zbytočné prieťahy v konaní. 6. Podľa súdu prvej inštancie § 9 zákona č. 514/2003 Z.z. zakladá objektívnu zodpovednosť štátu (bez ohľadu na zavinenie), ktorej sa nemožno zbaviť a ktorá predpokladá súčasné splnenie troch podmienok: 1. nesprávny úradný postup, 2. vznik škody a 3. príčinná súvislosť medzi nesprávnym úradným postupom a vznikom škody. Ich existencia musí byť v súdnom konaní bezpečne preukázaná a nepostačuje len záver o pravdepodobnosti splnenia niektorej z nich. Vychádzal z toho, že nesprávny úradný postup v zmysle § 9 cit. zákona možno vykladať ako porušenie pravidiel stanovených právnymi normami pre konanie štátneho orgánu pri jeho činnosti, a to i pri takých úkonoch, ktoré sú vykonávané v rámci činnosti rozhodovacej, avšak neodrážajú sa bezprostredne v obsahu vydaného rozhodnutia. Žiadny právny predpis Slovenskej republiky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Zopakoval, že exekučný súd zamietol žiadosť súdneho exekútora na vydanie poverenia na vykonanie exekúcie, keďže zistil rozpor exekučného titulu so zákonom, v časti uplatňovaného zmenkového úroku, resp. úroku z omeškania vo výške 0,25 % denne z dlžnej sumy, ktorý vzhľadom na jeho výšku, t.j. 91,25 % ročne posúdil ako zjavne neprimeraný; uznesenie o zamietnutí žiadosti o vydanie poverenia nadobudlo právoplatnosť a žiadnym iným súdnym rozhodnutím nebolo toto uznesenie ako nezákonné zrušené. Podľa § 44 ods. 2 Exekučného poriadku v prípade zistenia rozporu so zákonom a následnom zamietnutí žiadosti súdneho exekútora rozhodnutím súdu, na rozhodnutie súdu o zamietnutí žiadosti pre rozpor exekučného titulu so zákonom sa 15 dňová zákonná lehota nevzťahuje, čím nezistil zo strany exekučného súdu, že by došlo k nesprávnemu úradnému postupu, ani k inému nezákonnému zásahu do práv, právom chránených záujmov fyzických a právnických osôb. Záverom skonštatoval, že žalobca v prejednávanej veci nepreukázal existenciu podmienok pre úspešné uplatnenie svojich nárokov na náhradu škody, ktorá mu podľa tvrdenia v žalobe vznikla nesprávnym úradným postupom. 7. Nakoľko žalobca nepreukázal či už existenciu nesprávneho úradného postupu, ani vznik škody a príčinnú súvislosť vzniku škody s nesprávnym úradným postupom, t.j. neuniesol dôkazné bremeno, súd prvej inštancie s poukazom na § 9 ods. 1, ods. 2, § 17 ods. 1, ods. 2, ods. 3, § 19 ods. 1, ods. 2, ods. 3 zákona č. 514/2003 Z.z. a § 44 ods. 1, ods. 2 Exekučného poriadku žalobu žalobcu ako nedôvodnú v celom rozsahu zamietol. 8. O náhrade trov konania rozhodol podľa § 142 ods. 1 O.s.p.; žalovaný bol v konaní v plnom rozsahu úspešný a mal by právo na náhradu trov konania, ktoré aj vo svojom vyjadrení uplatnil, ale zo spisu súd prvej inštancie nezistil žiadne trovy, ktoré by mu mali vzniknúť, preto vyslovil, že žalovanému náhradu trov konania nepriznáva. 9. Proti uvedenému rozsudku podal odvolanie žalobca a žiadal napadnutý rozsudok súdu prvej inštancie zrušiť a vec vrátiť na ďalšie konanie.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10. Ďalej uviedol, že už v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11.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12.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13. V ďalšom žalobca tvrdil, že vo veci nebolo možné rozhodnúť bez nariadenia pojednávania. V situácii, kedy bolo vo veci potrebné vykonať dokazovanie listinami založenými v exekučnom spise a za stavu, kedy sa žalovaný nevyjadril k podanej žalobe,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14.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15. Odôvodnenie napadnutého rozsudku v časti zamietnutia žaloby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tvrdenia žalobcu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16.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17. V súvislosti so zamietnutím žaloby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18.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19.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28.7.2016 (§ 378 ods. 1, § 219 ods. 3 C.s.p.). 20. Napadnutý rozsudok súdu prvej inštancie odvolací súd potvrdil, pretože je vecne správny a nakoľko sa v celom rozsahu stotožňuje s odôvodnením napadnutého rozsudku, konštatuje správnosť jeho dôvodov (§ 387 ods. 1, ods. 2 C.s.p.). 21. Podľa § 470 ods. 1 C.s.p. ak nie je ustanovené inak, platí tento zákon aj na konania začaté predo dňom nadobudnutia jeho účinnosti. 22. Podľa § 470 ods. 2 veta prvá C.s.p. právne účinky úkonov, ktoré v konaní nastali predo dňom nadobudnutia účinnosti tohto zákona, zostávajú zachované. 23. Na zdôraznenie správnosti postupu a záverov prijatých súdom prvej inštancie a v nadväznosti na odvolacie námietky žalobcu odvolací súd uvádza, že podľa Občianskeho súdneho poriadku (O.s.p.) platného do 30.6.2016 (v čase konania v prvej inštancii) súd za splnenia predpokladov uvedených v ustanovení § 101 ods. 2 O.s.p. mohol uskutočniť pojednávanie a na tomto aj rozhodnúť vec bez prítomnosti strany, resp. jeho zástupcu, ktorý bol riadne predvolaný a nepožiadal z dôležitého dôvodu o jeho odročenie. Dôležitý dôvod mohol byť vyvodzovaný len zo skutočnosti, ktorá je vo vzťahu k prebiehajúcemu súdnemu konaniu a nariadenému pojednávaniu so zreteľom na všetky okolnosti vážna (svojou povahou znemožňujúca každej strane sporu civilného procesu za rovnakých okolností účasť na súdnom pojednávaní), súčasne ospravedlniteľná (všeobecne prijímaná ako odpustiteľná), nepredvídateľná (nepredvídaná alebo neočakávaná), neodvrátiteľná (neumožňujúca strane sporu prijať opatrenie prekonávajúce príčinu neúčasti na pojednávaní) a náhla (vzhľadom na časové súvislosti nedovoľujúca strane sporu uskutočniť kroky vedúce k jeho účasti na pojednávaní). Dôležitosť dôvodu, ktorým bola odôvodňovaná žiadosť neprítomnej strany o odročenie pojednávania (§ 101 ods. 2 O.s.p.), posudzoval súd podľa okolností toho - ktorého prípadu. 24. V predmetnej veci žalobca svoju žiadosť o zrušenie termínu pojednávania nariadeného na 14.10.2014, doručenú 10.10.2014, fakticky odôvodnil iba tým, že priložil ústavnú sťažnosť adresovanú Ústavnému súdu Slovenskej republiky, predmetom ktorej je rozhodnutie o porušení práva žalobcu na zákonného sudcu a práva na nestranný súd a ktorej dôsledkom bude zrušenie rozhodnutia krajského súdu vo veci nevylúčenia sudcu povereného prejednaním veci. 25. Súd prvej inštancie v zápisnici o pojednávaní správne konštatoval, že prílohou podania doručeného 10.10.2014 nie je samotný návrh na zrušenie pojednávania, ale iba kópia sťažnosti adresovaná Ústavnému súdu Slovenskej republiky vo veci rozhodnutia Krajského súdu v Bratislave sp. zn. 14NcC/135/2012 o nevylúčení sudcu povereného prejednávaním veci; odvolací súd zdôrazňuje, že súd prvej inštancie tým tak správne vyhodnotil žiadosť žalobcu na zrušenie či odročenie pojednávania ako nedôvodnú, nakoľko otázka nestrannosti konajúceho sudcu, ktorú žalobca opätovne (a z totožných dôvodov ako v žalobe) namietal ústavnou sťažnosťou, už bola v konaní právoplatne vyriešená Krajským súdom v Bratislave ako nadriadeným súdom postupom podľa § 16 O.s.p., keď uznesením č.k. 14NcC/135/2012-21, zo dňa 19.10.2012 rozhodol, že sudkyňa Okresného súdu Bratislava V JUDr. Eva Mészárosová nie je vylúčená z prejednávania a rozhodovania danej veci. Nie je preto dôvodná odvolacia námietka, že v predmetnej veci rozhodoval vylúčený sudca, keď žalobca v odvolaní neuviedol iné dôvody zaujatosti zákonného sudcu, než v žalobe. Odvolací súd v tejto súvislosti pripomína, že otázku, či vo veci rozhodoval vylúčený sudca, môže preskúmať len súd vyššej inštancie v riadnom inštančnom postupe na základe riadnych a mimoriadnych opravných prostriedkov, a nie ústavný súd v konaní o ústavnej sťažnosti žalobcu. Predmetný záver bol vyslovený aj Ústavným súdom Slovenskej republiky, ktorý už v čase podania žiadosti o odročenie pojednávania a prerušenie konania uznesením č.k. III. ÚS 424/2013, zo dňa 10.9.2013, ústavnú sťažnosť žalobcu v danej veci pre nedostatok právomoci odmietol. Súd prvej inštancie preto postupoval správne, keď v zmysle § 101 ods. 2 O.s.p. vec prejednal v neprítomnosti strán sporu. Odvolací súd uvádza, že tento postup vzhľadom na zjavnú nedôvodnosť návrhu na prerušenie konania (hromadne a neúspešne podávaného žalobcom aj v iných konaniach), bol v súlade so zásadou hospodárnosti konania. Okrem procesnej ekonómie korešponduje uvedený postup aj s požiadavkou efektivity rozhodovania a úsilím v čo najkratšom čase zaviesť medzi stranami sporu stav právnej istoty, pri zachovaní práva protistrany na spravodlivý súdny proces bez zbytočných prieťahov. 26. Neobstojí ani námietka žalobcu ohľadom porušenia práva na kontradiktórny súdny proces, keď žalobca napriek riadnemu a včasnému predvolaniu si bezdôvodnou neúčasťou na pojednávaní sám zmaril možnosť dôsledne uplatňovať svoje práva a chrániť svoje záujmy. Odvolací súd nespochybňuje zásadu kontradiktórnosti konania, pod ktorú možno subsumovať právo strany sporu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Žalobca navyše napriek poučeniu podľa § 120 ods. 4 O.s.p. neoznačil ani nepredložil ďalšie dôkazy na preukázanie svojich tvrdení. Pokiaľ potom súd prvej inštancie vykonal na pojednávaní dokazovanie navrhnuté žalobcom, pričom stranám sporu umožnil zúčastniť sa uvedeného pojednávania, na základe čoho mali možnosť oboznámiť sa s dôkazmi, vyjadriť sa k nim a prípadne navrhnúť ďalšie dôkazy, nedošlo jeho postupom k porušeniu zásady kontradiktórnosti konania a ani k odňatiu práva na spravodlivý súdny proces. V predmetnej veci súd prvej inštancie nevykonával dokazovanie z vlastnej iniciatívy, ako uviedol žalobca v odvolaní, keď exekučný spis označil ako dôkaz v žalobe samotný žalobca; dokazovanie tak bolo vykonávané len na preukázanie tvrdení žalobcu a nie nad rámec jeho žaloby. 27. Nedôvodná je aj odvolacia námietka týkajúca sa odôvodnenia napadnutého rozhodnutia „formulárovým spôsobom“. Z úradnej činnosti je totiž odvolaciemu súdu známe, že žalobca podal množstvo žalôb, týkajúcich sa totožných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28. Pokiaľ ide právne posúdenie veci, má odvolací súd zhodne so súdom prvej inštancie za to, že žalobca nepreukázal splnenie žiadneho z predpokladov pre vznik zodpovednosti za škodu podľa zákona č. 514/2003 Z.z. Súd prvej inštancie dospel k správnemu záveru, že už prvý zákonný predpoklad, ktorým je nesprávny úradný postup, nebol splnený. V zmysle § 9 ods. 1 zákona č. 514/2003 Z.z. v znení účinnom do 31.12.2012 sa za nesprávny úradný postup okrem iného považuje aj porušenie povinnosti orgánu verejnej moci urobiť úkon alebo vydať rozhodnutie v zákonom ustanovenej lehote. Žalobca svoju žalobu odôvodnil nedodržaním zákonom stanovenej lehoty 15 dní na udelenie poverenia na vykonanie exekúcie. Vykonaným dokazovaním bolo preukázané, že návrhom doručeným exekučnému súdu dňa 18.1.2011 súdny exekútor JUDr. Rudolf Krutý v súlade s § 44 Exekučného poriadku požiadal o udelenie poverenia na vykonanie exekúcie na základe exekučného titulu - rozsudku Stáleho rozhodcovského súdu. Uznesením zo dňa 14.2.2011, sp. zn. 37Er/134/2011, exekučný súd žiadosť súdneho exekútora o udelenie poverenia na vykonanie exekúcie zamietol. Odvolací súd sa stotožňuje so záverom súdu prvej inštancie, že v konaní nebol preukázaný nesprávny úradný postup exekučného súdu. Súd prvej inštancie v tejto súvislosti správne poukázal na znenie ust. § 44 ods. 2 Exekučného poriadku v znení účinnom v čase podania žiadosti o udelenie poverenia na vykonanie exekúcie na exekučný súd, z ktorého vyplýva, že 15 dňová lehota na udelenie poverenia na vykonanie exekúcie zaväzuje exekučný súd iba prípade, že nezistí rozpor žiadosti o udelenie poverenia na vykonanie exekúcie so zákonom a exekútora poverí vykonaním exekúcie. V uvedenej exekučnej veci však exekučný súd žiadosť o udelenie poverenia na vykonanie exekúcie zamietol. Z toho je zrejmé, že nebol naplnený základný predpoklad vzniku zodpovednosti za škodu spôsobenú nesprávnym úradným postupom v zmysle § 9 zákona č. 514/2003 Z.z., ktorým je existencia nesprávneho úradného postupu. 29. Vzhľadom na nesplnenie prvého z kumulatívnych predpokladov pre vznik zodpovednosti za škodu v zmysle zákona č. 514/2003 Z.z., nebolo potrebné skúmať splnenie ďalších predpokladov. Odvolací súd však pre úplnosť dodáva, že sa stotožňuje aj so záverom súdu prvej inštancie, že žalobca v konaní nepreukázal vznik majetkovej škody a nemajetkovej ujmy. 30. Dôkazným bremenom sa rozumie procesná zodpovednosť strany sporu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sporu, ktorá existenciu týchto skutočností tiež tvrdí. 31. Súd prvej inštancie preto správne uviedol, že žalobca nepreukázal existenciu podmienok pre úspešné uplatnenie svojho nároku na náhradu škody, ktorá mu podľa tvrdenia v žalobe vznikla nesprávnym úradným postupom, keď vo vzťahu k vzniku škody a príčinnej súvislosti medzi vznikom škody a nesprávnym úradným postupom neuniesol dôkazné bremeno. Nakoľko žalobca neoznačil a nepredložil žiaden dôkaz, ktorý by preukazoval vznik a výšku škody a ani jej príčinnú súvislosť s nesprávnym úradným postupom, neuniesol dôkazné bremeno. Dôkazné bremeno v súvislosti s preukázaním vzniku a výšky škody a príčinnej súvislosti medzi vzniknutou škodou a nesprávnym úradným postupom súdu totiž zaťažuje žalobcu, ktorý nemôže vznik a výšku škody odvodzovať od jej paušálneho vyčíslenia.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strana sporu obracajúca sa na súd so svojou vecou nemá dôvod zaujímať sa o pripravenosť súdu na poskytnutie súdnej ochrany v jej veci. No v prípade, ak sa jedna osoba v priebehu krátkeho času obráti na súdy s enormným množstvom nových žalôb, v rámci prevencie (§ 417 ods. 1 Občianskeho zákonníka) sa musí zaujímať o to, či a v akých podmienkach je súd jej podania schopný vybaviť, a je povinná akceptovať, že vybavenie jej vecí nemusí byť tak promptné, ako vybavovanie vecí iných žalobcov.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15 dňovej lehote a nemohol preto z dôvodu jej nedodržania zažiť stratu dôvery v právo a v spravodlivé riešenie veci. 32.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33. Napadnutý rozsudok odôvodnil súd prvej inštancie spôsobom zodpovedajúcim § 157 ods. 2 O.s.p., pričom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34. Napadnutým uznesením súd prvej inštancie uložil žalobcovi povinnosť zaplatiť súdny poplatok za podané odvolanie 20 eur podľa položky 7a Sadzobníka súdnych poplatkov zákona č. 71/1992 Zb. o súdnych poplatkoch. 35. Proti uzneseniu podal žalobca odvolanie a žiadal napadnuté uznesenie zrušiť bez náhrady. Súdu prvej inštancie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žalobcovi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D. R.D., N. P., E. E. D. K. Q.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30.9.2012, a preto v zmysle § 18ca zákona č. 71/1992 Zb. o súdnych poplatkoch treba na žalobcom podané odvolanie aplikovať právny stav platný do 30.9.2012, kedy bolo konanie vo veciach náhrady škody spôsobenej nezákonným rozhodnutím orgánu verejnej moci alebo jeho nesprávnym úradným postupom od poplatku vecne oslobodené. 36. Odvolací súd, ktorý bol viazaný rozsahom a dôvodmi odvolania (§ 379, § 380 ods. 1 C.s.p.), preskúmal napadnuté uznesenie a prejednal odvolanie bez nariadenia pojednávania podľa § 385 ods. 1 C.s.p.; dospel k záveru, že ani odvolanie žalobcu voči poplatkovej povinnosti za odvolanie proti meritórnemu rozhodnutiu nie je dôvodné. 37.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38.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39. Podľa § 5 ods. 1 písm. a) zákona č. 71/1992 Zb. o súdnych poplatkoch poplatková povinnosť vzniká podaním návrhu, odvolania, dovolania alebo žiadosti na vykonanie poplatkového úkonu, ak je poplatníkom navrhovateľ, odvolateľ a dovolateľ. 40. Podľa § 6 ods. 2 prvá a druhá veta zákona č. 71/1992 Zb. o súdnych poplatkoch ak je sadzba poplatku ustanovená za konanie, rozumie sa tým konanie na jednom stupni. Poplatok podľa rovnakej sadzby sa vyberá i v odvolacom konaní vo veci samej. 41.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42. Podľa § 18ca zákona č. 71/1992 Zb. o súdnych poplatkoch (prechodné ustanovenie k úpravám účinným od 1.10.2012), z úkonov navrhnutých alebo za konania začaté do 30.9.2012 sa vyberajú poplatky podľa predpisov účinných do 30.9.2012, i keď sa stanú splatnými po 30.9.2012. 43. Podľa položky 7a Sadzobníka súdnych poplatkov zo žaloby na náhradu škody spôsobenej nezákonným rozhodnutím orgánu verejnej moci alebo jeho nesprávnym úradným postupom sa platí súdny poplatok vo výške 20 Eur. 44.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jednej inštancii. Keďže žalobca podal odvolanie na súde prvej inštancie dňa 3.12.2014, podaním odvolania sa začalo odvolacie konanie, t.j. konanie vo veci samej na druhej inštancii.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žalobca je povinný zaplatiť súdny poplatok za odvolanie. Nemožno prisvedčiť výkladu žalobcu,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45. Vo vzťahu k rozhodnutiu Najvyššieho súdu Slovenskej republiky, na ktoré žalobca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žalobcu, že napadnuté uznesenie neobsahuje riadne odôvodnenie, v dôsledku čoho je nepreskúmateľné, odvolací súd dodáva, že aj keď riadne odôvodnenie uznesenia, rovnako aj rozsudku, je súčasťou základného práva strany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a s poukazom na § 6 ods. 2 zákona č. 71/1992 Zb. o súdnych poplatkoch,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ani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46. Odvolací súd preto napadnuté uznesenie súdu prvej inštancie ako vecne správne v zmysle § 387 ods. 1 C.s.p. potvrdil. 47. O nároku na náhradu trov odvolacieho konania odvolací súd rozhodol podľa § 396 ods. 1 C.s.p. v spojení s § 255 ods. 1 C.s.p. tak, že žalovanému priznal proti žalobcovi plný nárok na náhradu trov odvolacieho konania, nakoľko mal vo veci plný úspech. 48.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https://www.kauzis.sk/judikatura/r/ECLI:SK:KSBA:2016:1015891774.1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