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3Co/186/2015 z 27. 4. 2016</w:t>
      </w:r>
    </w:p>
    <w:p>
      <w:r>
        <w:t>Rozsudok Krajského súdu Bratislava z 27. apríla 2016, sp. zn. 3Co/186/2015, ECLI:SK:KSBA:2016:1015892169.1</w:t>
      </w:r>
    </w:p>
    <w:p>
      <w:r>
        <w:t>Súd: Krajský súd Bratislava</w:t>
      </w:r>
    </w:p>
    <w:p>
      <w:r>
        <w:t>Spisová značka: 3Co/186/2015</w:t>
      </w:r>
    </w:p>
    <w:p>
      <w:r>
        <w:t>ECLI: ECLI:SK:KSBA:2016:1015892169.1</w:t>
      </w:r>
    </w:p>
    <w:p>
      <w:r>
        <w:t>Dátum vydania: 27. 4. 2016</w:t>
      </w:r>
    </w:p>
    <w:p>
      <w:r>
        <w:t>Forma: Rozsudok</w:t>
      </w:r>
    </w:p>
    <w:p>
      <w:r>
        <w:t>Oblasť práva: Občianske právo</w:t>
      </w:r>
    </w:p>
    <w:p>
      <w:pPr>
        <w:pStyle w:val="Heading2"/>
      </w:pPr>
      <w:r>
        <w:t>Text rozhodnutia</w:t>
      </w:r>
    </w:p>
    <w:p>
      <w:r>
        <w:t>Súd: Krajský súd Bratislava Spisová značka: 3Co/186/2015 Identifikačné číslo súdneho spisu: 1015892169 Dátum vydania rozhodnutia: 28. 04. 2016 Meno a priezvisko sudcu, VSÚ: JUDr. Roman Bolebruch ECLI: ECLI:SK:KSBA:2016:1015892169.1 ROZSUDOK V MENE SLOVENSKEJ REPUBLIKY Krajský súd v Bratislave v senáte zloženom z predsedu senátu JUDr. Romana Bolebrucha a sudcov JUDr. Alexandry Hanusovej a JUDr. Ing. Maria Dubaňa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odvolania navrhovateľa proti rozsudku Okresného súdu Bratislava V č.k. 50C/164/2012-89, zo dňa 16.10.2014 a proti uzneseniam Okresného súdu Bratislava V č.k. 50C/164/2012-7, zo dňa 4.10.2012 a č.k. 50C/164/2012-119, zo dňa 21.1.2015, takto r o z h o d o l : I. Odvolací súd napadnutý rozsudok súdu prvého stupňa p o t v r d z u j e . II. Napadnuté uznesenie súdu prvého stupňa č.k. 50C/164/2012-7, zo dňa 4.10.2012 p o t v r d z u j e . III. Napadnuté uznesenie súdu prvého stupňa č.k. 50C/164/2012-119, zo dňa 21.1.2015 p o t v r d z u j e . IV. Odporcovi náhradu trov odvolacieho konania n e p r i z n á v a . o d ô v o d n e n i e : I. Napadnutým rozsudkom súd prvého stupňa zamietol návrh navrhovateľa a odporcovi nepriznal náhradu trov konania. V odôvodnení uviedol, že navrhovateľ sa svojim návrhom domáhal zaplatenia 932,25 eura titulom majetkovej škody a 186,45 eura titulom nemajetkovej ujmy v zmysle zákona č. 514/2003 Z.z. dôvodiac tým, že v exekučnej veci vedenej pod sp. zn. 36Er 3018/2011 napriek tomu, že vec nevykazovala prvky nadmernej právnej zložitosti, nevyžadovala si takú spoluprácu s účastníkmi konania, ktorá by mohla mať svojou komplexnosťou podstatný vplyv na čas potrebný k posúdeniu a rozhodnutiu a žiadosti na vykonanie exekúcie spĺňali všetky materiálne a formálne náležitosti predpokladané zákonom, rozhodol o žiadostiach o udelenie poverenia po uplynutí zákonom stanovenej doby. Majetková škoda 932,25 eura predstavovala náhradu istiny s príslušenstvom, ktorá viac nemôže byť priznaná právoplatným rozhodnutím všeobecného súdu v občianskom súdnom konaní vedenom proti dlžníkovi zo zmluvy o úvere a nemôže preto tiež nastať akceptácia návrhu na nútené vymáhanie istiny a príslušenstva zo strany exekučného súdu. Ako náhradu nemajetkovej ujmy si navrhovateľ uplatnil na základe požiadavky na spravodlivé usporiadanie vzťahov a dosiahnutie adekvátnej nápravy a primeranej satisfakcie za porušenie základných práv a princípov právneho štátu 20 % z uplatňovanej istiny s príslušenstvom, t.j. hodnoty majetkového práva postihnutého právnou deformáciou. Podľa § 101 ods. 2 O.s.p. súd prvého stupňa vec prejednal v neprítomnosti účastníkov konania, prihliadol na obsah spisu vedený pod sp. zn. 36Er/3018/2011 z ktorého zistil, že súdny exekútor JUDr. Rudolf Krutý na návrh navrhovateľa proti povinnému: G. K., nar. X.X.XXXX, na vymoženie pohľadávky 242 eur s prísl., na základe zápisnice spísanej súdnym exekútorom dňa 27.4.2011, požiadal listom doručeným súdu dňa 8.6.2011 o udelenie poverenia na vymoženie pohľadávky, na základe exekučného titulu Rozsudku Stáleho rozhodcovského súdu sp. zn. SR 15437/10 zo dňa 23.2.2011, právoplatného dňom 14.3.2011, vykonateľného 17.3.2011, ktorým Stály rozhodcovský súd zaviazal povinného na zaplatenie istiny 242 eur spolu so zmenkovým úrokom vo výške 0,25 % denne zo sumy 242 eur od 27.9.2010 do zaplatenia, zákonným úrokom vo výške 6 % ročne zo sumy 242 eur od 13.12.2010 do zaplatenia a náhradou trov rozhodcovského konania. Záväzok vznikol zo zmluvy o úvere č. 206100037 z 21.9.2009 a zmenky zo dňa 21.9.2009. Okresný súd Bratislava V uznesením č.k. 36Er/3018/2011-10, zo dňa 3.8.2011, zamietol žiadosť súdneho exekútora JUDr. Rudolfa Krutého na udelenie poverenia na vykonanie exekúcie doručenej súdu 8.6.2011 z dôvodu, že úverová zmluva obsahuje ustanovenia, ktoré je potrebné považovať za neplatné, keďže odporujú dobrým mravom. Z exekučného spisu mal ďalej za preukázané, že žiadosť o udelenie poverenia na vykonanie exekúcie bola doručená súdu dňa 8.6.2011 a súd rozhodol po preskúmaní exekučného titulu uznesením dňa 3.8.2011. Súd prvého stupňa ďalej uviedol, že nesprávnym úradným postupom v zmysle § 9 ods. 1 zákona č. 514/2003 Z.z. je aj porušenie povinnosti orgánu verejnej moci urobiť úkon alebo vydať rozhodnutie v zákonom ustanovenej lehote. Vzhľadom na to, že nárok bol oprávnený pred 1.1.2013, mal za to, že bol oprávnený rozhodovať o nároku navrhovateľa v prípade prieťahov konania, resp. nesprávneho úradného postupu, uplatneného podaným návrhom podľa hmotnoprávnych ustanovení zákona č. 514/2003 Z.z. v znení platnom do 31.12.2012. Vychádzal z toho, že podľa § 44 ods. 1, 2 zákona č. 233/1995 Z.z. v znení platnom do 17.1.2013 exekútor, ktorému bol doručený návrh oprávneného na vykonanie exekúcie, predloží tento návrh spolu s exekučným titulom najneskôr do 15 dní od doručenia alebo odstránenia vád návrhu súdu (§ 45) a požiada ho o udelenie poverenia na vykonanie exekúcie.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Na rozhodnutie súdu o žiadosti na udelenie poverenia, ak súd zistil rozpor žiadosti alebo návrhu alebo exekučného titulu so zákonom, sa nevzťahuje zákonná 15 dňová lehota. Vzhľadom na uvedenú skutočnosť súd prvého stupňa nezistil nesprávny úradný postup ani zbytočné prieťahy v konaní. Dospel tak k záveru, že nebol splnený prvý predpoklad zodpovednosti štátu za škodu, keďže nedošlo k nesprávnemu úradnému postupu exekučného súdu porušením povinnosti urobiť úkon alebo vydať rozhodnutie v zákonom ustanovenej lehote. Súd prvého stupňa mal ďalej za to, že navrhovateľ zároveň nepreukázal splnenie druhého predpokladu zodpovednosti štátu za škodu, a to existenciu majetkovej škody a nemajetkovej ujmy, t.j. neuniesol dôkazné bremeno. Z uvedeného dôvodu súd prvého stupňa návrh ako nedôvodný zamietol. O náhrade trov konania rozhodol podľa § 142 ods. 1 O.s.p.; nakoľko úspešnému odporcovi v konaní žiadne trovy nevznikli, ich náhradu mu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28.4.2016 (§ 211 ods. 2, § 156 ods. 3 O.s.p.). Napadnutý rozsudok súdu prvého stupňa odvolací súd potvrdil (výrok I.),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6.12.2013, doručenú dňa 28.11.2013,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uznesením č.k. 50C/164/2012-52, zo dňa 14.2.2014, o.i. iného návrh navrhovateľa na prerušenie konanie zamietol. Toto uznesenie odvolací súd svojím uznesením č.k. 6Co/258/2014-77, zo dňa 29.5.2014, potvrdil. Pred pojednávaním nariadeným na 16.10.2014 navrhovateľ doručil súdu prvého stupňa elektronické podanie, prílohou ktorého podľa sprievodného listu mal byť návrh na zrušenie pojednávania, tento však k podaniu priložený nebol. Súd prvého stupňa preto v súlade s § 101 ods. 2 O.s.p. vec prejednal v neprítomnosti navrhovateľa, resp. jeho právneho zástupcu.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14NcC/139/2012-20, zo dňa 19.10.2012, rozhodol, že sudkyňa JUDr. Eva Meszárosová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rozhodovania súdu prvého súdu uznesením č.k. III. ÚS 424/2013-11, zo dňa 10.9.2013, ústavnú sťažnosť navrhovateľa v danej veci pre nedostatok právomoci odmietol.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Povinnosťou účastníka konania je podľa § 120 ods. 1 O.s.p. označiť dôkazy na preukázanie svojich tvrdení, pričom navrhovateľ si túto povinnosť nesplnil, keď na existenciu znaleckého posudku v návrhu na začatie konania nepoukázal a tento v priebehu konania na súde prvého stupňa (a ani v odvolacom konaní) nepredložil a to aj napriek vedomosti o nariadenom termíne pojednávania. Súd prvého stupňa preto správne a v súlade s § 101 ods. 2 druhá veta za bodkočiarkou O.s.p. prihliadol iba na obsah spisu a doposiaľ vykonané dôkazy. Napokon v súlade s ustanovením § 120 ods. 1 O.s.p. napriek povinnosti účastníkov označiť dôkazy na preukázanie svojich tvrdení, súd rozhodne, ktoré z označených dôkazov vykoná.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Vykonaným dokazovaním bolo preukázané, že exekučný súd nevydal exekútorovi poverenie na vykonanie exekúcie, ale jeho žiadosť zamietol. Pre vydanie takéhoto rozhodnutia v Exekučnom poriadku lehota stanovená nebola a preto jeho vydanie po 15 dňoch od doručenia návrhu na udelenie poverenia, nie je možné považovať za nesprávny úradný postup a za zbytočné prieťahy v konaní. Odvolací súd uvádza, že aj keby pre vydanie rozhodnutia, ktorým nebolo exekútorovi vydané poverenie na vykonanie exekúcie, bola zákonom stanovená lehota, jej nedodržanie by nevyvolalo automaticky porušenie základného práva podľa čl. 48 ods. 2 ústavy, pretože aj v takomto prípade sú rozhodujúce všetky konkrétne okolnosti posudzovanej veci. Porušenie práva na prerokovanie veci bez zbytočných prieťahov v zmysle uvedeného článku ústavy nemožno preto vyvodzovať len zo skutočnosti, že štátny orgán dôsledne nepostupoval v zákonom ustanovených lehotách. Ak pojem „zbytočné prieťahy“ obsiahnutý v čl. 48 ods. 2 ústavy je podľa judikatúry Ústavného súdu Slovenskej republiky pojem autonómny, ktorý nemožno vykladať a aplikovať len s ohľadom na v zákone ustanovené lehoty na vykonanie toho - ktorého úkonu súdu alebo iného štátneho orgánu, pričom samotné nedodržanie zákonom ustanovenej lehoty na rozhodnutie o žiadostiach súdneho exekútora o udelenie poverení na vykonanie exekúcií či na rozhodnutie o návrhoch na zmenu exekútora samotný Ústavný súd Slovenskej republiky nepovažuje bez ďalšieho za porušenie základného práva podľa čl. 48 ods. 2 ústavy a práva podľa čl. 6 ods. 1 dohovoru, a to aj s ohľadom na množstvo návrhov, ktoré súdny exekútor v relevantnom čase okresnému súdu doručil (ktorá skutočnosť totiž objektívne bránila tomu, aby okresný súd mohol o týchto návrhoch rozhodnúť v štandardných, zákonom ustanovených lehotách).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vychádzal zo skutočnosti,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zamedzenie vymoženia pohľadávky cestou exekúcie.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V prejednávanej veci teda súd prvého stupňa svoje rozhodnutie založil na správne a dostatočne zistenom skutkovom stave veci, ktorý po právnej stránke správne posúdil a svoje úvahy, ktorými sa pri rozhodovaní riadil, aj náležite a presvedčivo odôvodnil.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II. Napadnutým uznesením č.k. 50C/164/2012-7, zo dňa 4.10.2012, súd prvého stupňa uložil navrhovateľovi povinnosť zaplatiť poplatok za vznesenie námietky zaujatosti vo výške 66 eur. Proti uzneseniu podal navrhovateľ odvolanie a podľa jeho obsahu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prejednal odvolanie bez nariadenia pojednávania a dospel k záveru, že odvolanie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sa vo veci necítili byť zaujatí, návrh navrhovateľa na nutnú delegáciu v zmysle § 12 ods. 1 O.s.p. musel byť z jeho strany podmienený vznesením námietky zaujatosti všetkých sudcov tohto súdu. Samotný navrhovateľ aj v podanom odvolaní celkom jednoznačne formuloval námietku zaujatosti sudcov súdu prvého stupňa. Konanie o náhradu škody spôsobenej nezákonným rozhodnutím orgánu verejnej moci alebo jeho nesprávnym úradným postupom je síce oslobodené od súdnych poplatkov v zmysle § 4 ods. 1 písm. k) zák. č. 71/1992 Zb. v znení účinnom do 30.9.2012,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II. ÚS 124/2011). Odvolací súd preto napadnuté uznesenie súdu prvého stupňa č.k. 50C/164/2012-7, zo dňa 4.10.2012, ako vecne správne v zmysle § 219 ods. 1 O.s.p. potvrdil (výrok II.). III. Napadnutým uznesením č.k. 50C/164/2012-119, zo dňa 21.1.2015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B. Z., X. C., M. M. B. F. E.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a dospel k záveru, že odvolanie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4.6.2014,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č.k. 50C/164/2012-119, zo dňa 21.1.2015 ako vecne správne v zmysle § 219 ods. 1 O.s.p. potvrdil (výrok III.). IV.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(výrok IV.). Toto rozhodnutie prijal senát Krajského súdu v Bratislave pomerom hlasov 3:0. Poučenie: Proti tomuto rozsudku odvolanie nie je prípustné.</w:t>
      </w:r>
    </w:p>
    <w:p/>
    <w:p>
      <w:r>
        <w:t>Zdroj: KAUZIS.SK – https://www.kauzis.sk/judikatura/r/ECLI:SK:KSBA:2016:1015892169.1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