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3Co/165/2015 z 29. 6. 2016</w:t>
      </w:r>
    </w:p>
    <w:p>
      <w:r>
        <w:t>Rozsudok Krajského súdu Bratislava z 29. júna 2016, sp. zn. 3Co/165/2015, ECLI:SK:KSBA:2016:1015892170.2</w:t>
      </w:r>
    </w:p>
    <w:p>
      <w:r>
        <w:t>Súd: Krajský súd Bratislava</w:t>
      </w:r>
    </w:p>
    <w:p>
      <w:r>
        <w:t>Spisová značka: 3Co/165/2015</w:t>
      </w:r>
    </w:p>
    <w:p>
      <w:r>
        <w:t>ECLI: ECLI:SK:KSBA:2016:1015892170.2</w:t>
      </w:r>
    </w:p>
    <w:p>
      <w:r>
        <w:t>Dátum vydania: 29. 6. 2016</w:t>
      </w:r>
    </w:p>
    <w:p>
      <w:r>
        <w:t>Forma: Rozsudok</w:t>
      </w:r>
    </w:p>
    <w:p>
      <w:r>
        <w:t>Oblasť práva: Občianske právo</w:t>
      </w:r>
    </w:p>
    <w:p>
      <w:pPr>
        <w:pStyle w:val="Heading2"/>
      </w:pPr>
      <w:r>
        <w:t>Text rozhodnutia</w:t>
      </w:r>
    </w:p>
    <w:p>
      <w:r>
        <w:t>Súd: Krajský súd Bratislava Spisová značka: 3Co/165/2015 Identifikačné číslo súdneho spisu: 1015892170 Dátum vydania rozhodnutia: 30. 06. 2016 Meno a priezvisko sudcu, VSÚ: JUDr. Roman Bolebruch ECLI: ECLI:SK:KSBA:2016:1015892170.2 ROZSUDOK V MENE SLOVENSKEJ REPUBLIKY Krajský súd v Bratislave v senáte zloženom z predsedu senátu JUDr. Romana Bolebrucha a sudcov JUDr. Ing. Maria Dubaňa a JUDr. Alexandry Hanusovej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odvolanie navrhovateľa proti rozsudku Okresného súdu Bratislava III č.k. 12C/147/2012-144, zo dňa 12.11.2014 a proti uzneseniu Okresného súdu Bratislava III č.k. 12C/147/2012-142, zo dňa 12.11.2014, takto r o z h o d o l : I. Odvolací súd napadnutý rozsudok súdu prvého stupňa p o t v r d z u j e . II. Napadnuté uznesenie súdu prvého stupňa p o t v r d z u j e . III. Odporcovi náhradu trov odvolacieho konania n e p r i z n á v a . o d ô v o d n e n i e : Napadnutým rozsudkom súd prvého stupňa zamietol návrh a odporcovi nepriznal náhradu trov konania. V odôvodnení uviedol, že navrhovateľ sa návrhom doručeným súdu 27.9.2012 domáhal náhrady škody 175 eur titulom nesprávneho úradného postupu a 165,96 eura titulom nemajetkovej ujmy na základe toho, že navrhovateľ navrhol súdnemu exekútorovi vykonať exekúciu podľa Exekučného poriadku z dôvodu nerešpektovania zmluvných dojednaní zo strany dlžníka G. P., nar. XX.X.XXXX; exekúciu navrhol vykonať pre svoju pohľadávku, ktorá vznikla neplnením si záväzku dlžníka vyplývajúceho zo zmluvy o úvere č. 5100021. Navrhovateľ pre obavy o právny a faktický osud svojej pohľadávky nútene vymáhanej súdnym exekútorom, podal na súde 20.9.2010 návrh na zmenu exekútora. Exekučný súd o návrhu nerozhodol v zákonom stanovenej lehote t.j. 30 dní od doručenia návrhu oprávneného na zmenu súdneho exekútora, keď v predmetnom prípade neexistuje okolnosť, ktorá by umožňovala exekučnému súdu postupovať nesústredene a so zbytočnými prieťahmi tak, že k vydaniu rozhodnutia o zmene súdneho exekútora tento pristúpil až po veľmi dlhej dobe. Majetková ujma vznikla navrhovateľovi ako náhrada účelne vynaložených nákladov spojených s jeho činnosťou uskutočňovanou vo veci správy a udržateľnosti pohľadávky v období, ktoré zbytočne uplynulo medzi doručením návrhu na zmenu súdneho exekútora a rozhodnutím o ňom. Podľa navrhovateľa vynaložil na správu pohľadávky prostredníctvom pracovných výkonov zamestnancov 70 eur, na udržiavanie a správu informačného systému 40 eur, na komunikáciu s pôvodným exekútorom sumu 50 eur, na administratívne spracovanie textov urgencií adresovaných exekučnému súdu, na publikačné výdaje spojené s vyhotovením urgencií adresovaných súdu, na poštové a telekomunikačné výdaje sumu 15 eur, spolu 175 eur. Nemajetkovú ujmu odôvodnil skutočnosťou, že exekučný súd vystavil navrhovateľa neskorým ukončením procedúry zmeny súdneho exekútora riziku zániku povinného, riziku zmarenia účelu konania pre stratu kontaktu s povinným a riziku insolvencii povinného. Zbytočné a právne nezdôvodniteľné časové omeškanie v rozhodovaní exekučného súdu spôsobilo v súvislosti s vymáhanou pohľadávkou a jej príslušenstvom zánik ďalších plánovaných podnikateľských aktivít navrhovateľa, ako aj zánik už vytvorených podnikateľských plánov, keď vyvolaná strata zisku z realizovaného obchodu spôsobila hospodársku stratu na strane navrhovateľa ale aj na strane jeho majiteľov. Pri určovaní nemajetkovej ujmy navrhovateľ vychádzal z doktríny prijatej ústavným súdom (s poukazom na možnú analógiu), podľa ktorej, pokiaľ ide o zbytočné prieťahy v súdnom konaní je spravodlivé, ak sa na každý rok poznačeným prieťahmi vzťahuje satisfakcia vo výške 663,88 eura. Ako primeranú náhradu nemajetkovej ujmy si navrhovateľ v uplatnil sumu 165,96 eura za nečinnosť exekučného súdu. Navrhovateľ uskutočnil výpočet nároku alikvotným pomerom 55,32 eura za každý mesiac omeškania v činnosti exekučného súdu v súlade s uvedenou doktrínou. Po nariadení pojednávania na 26.3.2014 právny zástupca navrhovateľa požiadal o prerušenie konania s odôvodnením, že z dôvodu dosiahnutia ochrany podal sťažnosť Ústavnému súdu SR v zmysle čl. 127 Ústavy SR, pre porušenie jeho základných práv a slobôd spôsobené rozhodnutím Krajského súdu v Bratislave, pričom už v podanom návrhu na začatie konania označil skutočnosti, pre ktoré má byť vylúčený sudca poverený prejednaním a rozhodnutím veci. Ďalej uviedol, že mu bolo doručené rozhodnutie Krajského súdu v Bratislave o tom, že sudcovia Okresného súdu Bratislava III nie sú z prejednávania veci vylúčení, avšak s týmto rozhodnutím navrhovateľ zásadne nesúhlasil a tvrdil, že sú tu dané dôvody na vylúčenie všetkých sudcov Okresného súdu Bratislava III. Súd prvého stupňa návrh na prerušenie konania zamietol s odôvodnením, že nie sú dané dôvody na prerušenie konania v zmysle § 109 ods. 1 písm. b) veta prvá O.s.p., ale ani v zmysle § 109 ods. 2 písm. c) O.s.p. Na odvolanie navrhovateľa Krajský súd v Bratislave uznesením č.k. 4Co/400/2014-91, zo dňa 25.7.2014, napadnuté uznesenie potvrdil s odôvodnením, že medzičasom Ústavný súd SR uznesením č.k. IV. ÚS 694/2013-10, zo dňa 12.12.2013, sťažnosť navrhovateľa odmietol a preto nie je dôvod na prerušenie konania podľa § 109 ods. 1 písm. b) O.s.p. Na pojednávanie nariadené na 12.11.2014 sa navrhovateľ ani jeho právny zástupca nedostavili, svoju neúčasť neospravedlnili a pojednávanie nežiadali odročiť. Navrhovateľ žiadal konanie prerušiť z dôvodu podanej ústavnej sťažnosti; odporca sa na pojednávanie nedostavil, avšak svoju neúčasť na pojednávaní písomne ospravedlnil a súhlasil s prejednaním veci v jeho neprítomnosti. K návrhu na prerušenie konania súd prvého stupňa uviedol, že sú splnené zákonné podmienky podľa § 101 ods. 2 O.s.p. na prejednanie a rozhodnutie veci v neprítomnosti účastníkov konania na základe listinných dôkazov, ktoré sú obsahom súdneho spisu. Súd prvého stupňa z obsahu pripojeného exekučného spisu Okresného súdu Bratislava III pod sp. zn. 36Er/1428/2004 zistil, navrhovateľ ako oprávnený podal 13.10.2004 na Exekútorskom úrade súdneho exekútora JUDr. Jozefa Rišiana návrh na vykonanie exekúcie, ktorý bol zaregistrovaný pod EX 504/2004; súdny exekútor predložil dňa 27.10.2004 žiadosť o udelenie poverenia na vykonanie exekúcie a exekučný súd dňa 4.11.2004 udelil súdnemu exekútorovi poverenie na vykonanie exekúcie č. XXXX XXXXXX na základe vykonateľného exekučného titulu - rozsudku Okresného súdu Bratislava III č.k. 28Cb/25/2003-55, zo dňa 10.3.2004, ktorým bol G. P., nar. XX.X.XXXX, zaviazaný na zaplatenie 10.800,- Sk spolu s prísl. Dňa 20.9.2010 oprávnený podal návrh na zmenu súdneho exekútora, pričom exekučný súd uznesením č.k. 36Er/1428/2004-24, zo dňa 3.1.2011, návrhu oprávneného vyhovel tak, že vykonaním exekúcie poveril súdneho exekútora JUDr. Rudolfa Krutého. Z predloženého Znaleckého posudku č. 1/2014 zo 17.1.2014, vypracovaného Znaleckým ústavom Ekonomickej univerzity v Bratislave ďalej zistil, že predmetom znaleckého posudku bolo posúdenie činností a ich ekonomickej náročnosti spojených s vymáhaním pohľadávok navrhovateľa, ako aj činností, ktoré boli uskutočňované v súvislosti s nesprávnym úradným postupom exekučných okresných súdov Slovenskej republiky, keď tieto neskoro rozhodli resp. nerozhodli o vydaní poverenia na vykonanie exekúcie a neskoro rozhodli resp. nerozhodli o žiadosti o zmenu exekútora s tým, že znalecký ústav sa nezaoberal majetkovou škodou vzniknutou navrhovateľovi v súvislosti s nesprávnym úradným postupom. Súd prvého stupňa na predmetný znalecký posudok neprihliadol, nakoľko ho nemal za vypracovaný na danú (prejednávanú) vec, keď navyše ani nevypovedá o skutočnej výške škody, ktorá mala údajne navrhovateľovi v predmetných exekučných konaniach vzniknúť. Mal za to, že sa jedná len o všeobecný znalecký posudok bez bližšej špecifikácie konania, pričom znalci sa zaoberali len priemernými výškami údajnej škody na súdoch v rámci celej SR bez bližšej špecifikácie ku konkrétnym konaniam. Súd prvého stupňa mal z vykonaného dokazovania za preukázané, že v označenej exekučnej veci exekučný súd o návrhu oprávneného (navrhovateľa) na zmenu súdneho exekútora, doručeného exekučnému súdu 20.9.2010, rozhodol uznesením č.k. 36Er/1428/2004-24, zo dňa 3.1.2011; vychádzal z toho, že predpokladom objektívnej zodpovednosti štátu za škodu spôsobenú nesprávnym úradným postupom je kumulatívne splnenie podmienok a to nesprávny úradný postup, existencia majetkovej ujmy resp. nemajetkovej ujmy a príčinná súvislosť (kauzálny nexus) medzi škodou a nesprávnym úradným postupom. Nesprávnym úradným postupom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súdu prvého stupňa exekučný súd s poukazom na § 44 ods. 5 Exekučného poriadku v spojení s § 238 ods. 1, ods. 2 Exekučného poriadku v rozhodnom období nebol viazaný lehotou na rozhodnutie o návrhu na zmenu exekúcie, nakoľko v zmysle uvedených ustanovení, ak oprávnený požiada o zmenu exekútora a exekučný súd po vyjadrení exekútora žiadosti oprávneného vyhovie, exekučný súd vykonaním exekúcie poverí exekútora, ktorého navrhne oprávnený, a vec mu písomne postúpi. Stotožnil sa s vyjadrením odporcu, že v danom konaní nie je oprávnený skúmať tzv. prieťahy v konaní, keď na ich preskúmanie je oprávnený Ústavný súd SR na podklade ústavnej sťažnosti alebo predseda súdu na podklade sťažnosti na prieťahy. K existencii majetkovej škody a nemajetkovej ujmy ako ďalšieho predpokladu vzniku zodpovednosti štátu za škodu súd prvého stupňa uviedol, že v prípade vzniku škody je možné uhradiť iba skutočnú škodu a ušlý zisk, na preukázanie ktorých je povinný navrhovateľ; navrhovateľ však neprodukoval žiaden dôkaz resp. dôkazy preukazujúce vznik majetkovej ujmy a jej výšku, taktiež nijakým spôsobom nepreukázal, že práve v období od podania návrhu na zmenu exekútora a rozhodnutím o tomto návrhu mu vznikla škoda 175 eur. K požadovanej náhrade nemajetkovej ujmy poznamenal, že právo na náhradu nemajetkovej ujmy v peniazoch vzniká v prípade, ak iba samotné konštatovanie porušenia práva nie je dostatočným zadosťučinením na ujmu spôsobenú nezákonným rozhodnutím alebo nesprávnym úradným postupom a ak nie je možné túto ujmu uspokojiť inak. Nedodržanie zákonnej lehoty samo o sebe nezakladá nárok na náhradu nemajetkovej ujmy, pričom tu platí povinnosť preukázania nemajetkovej ujmy, pretože okolnosť nedodržania zákonnej lehoty, bez osvedčenia skutočností preukazujúcich dopad nesprávneho úradného postupu, jeho vplyvu, následkov na navrhovateľa v rôznych oblastiach pôsobenia, nemá za následok vznik nároku na nemajetkovú ujmu. V tejto súvislosti uviedol, že navrhovateľ v návrhu poukázal, že zbytočným a právne nezdôvodniteľným časovým omeškaním v rozhodovaní exekučného súdu mu bol spôsobený s vymáhanou pohľadávkou a jej príslušenstvom zánik ďalších plánovaných podnikateľských aktivít ako aj zánik už vytvorených podnikateľských plánov, pričom vyvolaná strata zisku z realizovaného obchodu mu spôsobila hospodársku stratu; nezákonným zásahom vyvolaná situácia mala ovplyvniť ďalšie podnikateľské postupy a spôsobiť neistotu v plánovaní ďalších rozhodnutí, ktoré mohol prijať. Takúto argumentáciu navrhovateľa súd prvého stupňa neuznal a uzavrel, že nemohol navrhovateľovi priznať požadovanú náhradu nemajetkovej ujmy 165,96 eura, zdôvodnenie ktorej sa pohybuje len v rovine hypotetických tvrdení, keď navrhovateľ nijakým spôsobom bližšie nešpecifikoval a nekonkretizoval aké konkrétne podnikateľské aktivity a podnikateľské plány boli nezákonným rozhodnutím ovplyvnené a v akom rozsahu; nemohol akceptovať ani navrhovateľom paušalizovanú náhradu nemajetkovej ujmy 663,88 eura za rok prieťahov, keďže považoval za potrebné prihliadať na význam sporu navrhovateľa, a to najmä pri právnických osobách, kde je nutné zohľadniť jej podnikateľskú činnosť. Ozrejmil ďalej, že o príčinnú súvislosť medzi škodou a nesprávnym úradným postupom ide vtedy, ak je medzi protiprávnym konaním škodcu a vznikom škody vzťah príčiny a následku. Ak bola príčinou vzniku škody iná skutočnosť, zodpovednosť za škodu nevznikne. Otázka príčinnej súvislosti nie je otázkou právnou, ide o skutkovú otázku, ktorá môže byť riešená len v konkrétnych súvislostiach. Pri zisťovaní príčinnej súvislosti je treba škodu izolovať zo všeobecných súvislosti a skúmať, ktorá príčina ju vyvolala. Je rozhodujúca iba vecná súvislosť príčiny a následku. Súd prvého stupňa dospel k záveru, že navrhovateľ ani v tomto prípade neuniesol dôkazné bremeno spočívajúce v preukázaní zodpovednosti štátu za škodu, ktorým je existencia priamej príčinnej súvislosti medzi nesprávnym úradným postupom a vznikom majetkovej a nemajetkovej ujmy. Nakoľko navrhovateľ nesplnil dôkaznú povinnosť, riadne nepreukázal uplatnený nárok, nepreukázal kumulatívne splnenie zákonných predpokladov spájajúcich vznik zodpovednosti štátu za škodu spôsobenú nesprávnym úradným postupom, súd prvého stupňa návrh v zmysle § 3 ods. 1 písm. d), § 4 ods. 1 písm. a), § 9 ods. 1, § 15 ods. 1, § 16 ods. 1, § 17 ods. 1, ods. 2, ods. 3 zákona č. 514/2003 Z.z. a § 44 ods. 5, § 238 ods. 1, ods. 2 Exekučného poriadku ako nedôvodný zamietol. O náhrade trov konania rozhodol podľa § 142 ods. 1 O.s.p. a úspešnému odporcovi, ktorému žiadne trovy konania nevznikli, náhradu trov konania nepriznal. Proti uvedenému rozsudku podal odvolanie navrhovateľ a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SR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SR,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SR vzťahovať na možnosť vopred predpokladať porušovanie zákona štátnym orgánom a úvahy o udržiavaní kontaktu súdneho exekútora, keď tento nemôže byť činný, kým nezíska poverenie na vykonanie exekúcie od súdu.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30.6.2016 (§ 211 ods. 2, § 156 ods. 3 O.s.p.). Napadnutý rozsudok súdu prvého stupňa odvolací súd potvrdil, pretože je vecne správny a nakoľko sa v celom rozsahu stotožňuje s odôvodnením napadnutého rozsudku, konštatuje správnosť jeho dôvodov (§ 219 ods. 1, 2 O.s.p.). Na zdôraznenie správnosti postupu a záverov prijatých súdom prvého stupňa a v nadväznosti na odvolacie námietky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 návrh na zrušenie termínu pojednávania nariadeného na 12.11.2014, doručený elektronickou poštou 7.11.2014, odôvodnil porušením zásady nestrannosti konajúceho súdu a sudcu. Pojednávanie žiadal zrušiť a konanie prerušiť až do právoplatného rozhodnutia Ústavného súdu SR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4NcC/335/2012-17, zo dňa 31.10.2012, rozhodol, že sudcovia Okresného súdu Bratislava III (o.i. zákonná sudkyňa JUDr. Viera Sládečková) nie sú vylúčení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SR , ktorý už v čase podania žiadosti o odročenie pojednávania a prerušenie konania uznesením č.k. IV. ÚS 694/2013-10, zo dňa 12.12.2013, ústavnú sťažnosť navrhovateľa v danej veci pre nedostatok právomoci odmietol. V prejednávanej veci teda neexistovali dôvody zakladajúce zákonnú povinnosť súdu prvého stupňa nariadené pojednávanie odročiť, preto správne postupoval, keď v zmysle § 101 ods. 2 O.s.p. vec prejednal v neprítomnosti účastníkov konania, keď mu nič nebránilo uskutočniť pojednávanie a na tomto vec rozhodnúť bez navrhovateľa, resp. jeho zástupcu. K argumentácii navrhovateľa namietajúcej rozhodnutie o návrhu na prerušenie konania v rozhodnutí o veci samej odvolací súd uvádza, že postup súdu prvého stupňa, ktorý na pojednávaní konanom 12.11.2014, na ktorom došlo aj k vyhlásením rozsudku vo veci samej, zamietol návrh navrhovateľa na prerušenie konania, bol vzhľadom na zjavnú nedôvodnosť návrhu na prerušenie konania (hromadne a neúspešne podávaného navrhovateľom aj v iných konaniach),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a Znaleckého posudku č. 1/2014 ďalšie dôkazy na preukázanie svojich tvrdení. Pokiaľ potom súd prvého stupňa vykonal na pojednávaní dokazovanie navrhnuté navrhovateľom,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Pokiaľ ide o právne posúdenie veci, má odvolací súd v názorovej zhodne so súdom prvého stupňa za to, že navrhovateľ nepreukázal splnenie žiadneho z predpokladov pre vznik zodpovednosti za škodu podľa zákona č. 514/2003 Z.z. Správne súd prvého stupňa dospel k záveru, že už prvý zákonný predpoklad, ktorým je nesprávny úradný postup, nebol splnený. Navrhovateľ odvodzuje svoj nárok na náhradu škody z nesprávneho úradného postupu exekučného súdu, ktorý nerozhodol o návrhu na zmenu súdneho exekútora v exekučnom konaní vedenom pre pohľadávku navrhovateľa v zákonom stanovenej lehote. Podľa ustanovenia § 238 ods. 1 Exekučného poriadku v znení účinnom ku dňu podania návrhu oprávneného na zmenu exekútora, konania začaté pred 1. septembrom 2005 sa dokončia podľa práva platného do 31. augusta 2005, ak odsek 2 neustanovuje inak. Podľa ustanovenia § 44 ods. 6 Exekučného poriadku (v znení platnom ku dňu začatia exekučného konania - 13.10.2004)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lehotu. Z uvedeného je zrejmé, že exekučný súd pri rozhodovaní o návrhu na zmenu exekútora nebol v danej veci viazaný 30-dňovou zákonnou lehotou od doručenia návrhu oprávneného na zmenu exekútora, a teda rozhodnutím o zmene exekútora až po jej uplynutí neporušil žiadnu zákonnú lehotu a nedošlo k žiadnemu nesprávnemu úradnému postupu. Vzhľadom na nesplnenie prvého z kumulatívnych predpokladov pre vznik zodpovednosti za škodu v zmysle zákona č. 514/2003 Z.z., nebolo potrebné skúmať splnenie ďalších predpokladov. Odvolací súd však pre úplnosť dodáva, že sa stotožňuje aj so záverom súdu prvého stupňa, že navrhovateľ v konaní nepreukázal vznik ani výšku majetkovej škody.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Dôkazné bremeno v súvislosti s preukázaním vzniku a výšky škody a príčinnej súvislosti medzi vzniknutou škodou a nesprávnym úradným postupom súdu zaťažuje navrhovateľa, ktorý nemôže vznik a výšku škody odvodzovať od jej paušálneho vyčíslenia. Odvolací súd sa nestotožnil s tvrdením navrhovateľa, že súd prvého stupňa nevykonal dostatočné dokazovanie, keď sa neoboznámil s predloženým Znaleckým posudkom č. 1/2014, vypracovaným Znaleckým ústavom Ekonomickej univerzity v Bratislave, z ktorého vyplývajú konkrétne náklady vynaložené v súvislosti so správou a vedením pohľadávky, pretože ako súd prvého stupňa správne uviedol, dôkazné bremeno v súvislosti s preukázaním vzniku a výšky škody a príčinnej súvislosti medzi vzniknutou škodou a nesprávnym úradným postupom súdu zaťažuje navrhovateľa, keď predmetný znalecký posudok nevypovedá o skutočnej výške škody, ktorá mala navrhovateľovi v predmetných exekučných konaniach vzniknúť; so závermi predmetného znaleckého posudku sa súd prvého stupňa riadne vysporiadal v odôvodnení napadnutého rozsudku.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30 dňovej lehote a nemohol preto z dôvodu jej nedodržania zažiť stratu dôvery v právo a v spravodlivé riešenie veci. V prejednávanej veci teda súd prvého stupňa svoje rozhodnutie založil na správne a dostatočne zistenom skutkovom stave veci, ktorý po právnej stránke správne posúdil a svoje úvahy, ktorými sa pri rozhodovaní riadil, aj náležite a presvedčivo odôvodnil.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Napadnutým uznesením súd prvého stupňa zamietol návrh navrhovateľa na prerušenie konania do právoplatného rozhodnutia Ústavného súdu Slovenskej republiky o ústavnej sťažnosti, ktorej predmetom je rozhodnutie o porušení práva žalobcu na zákonného sudcu a práva na nestranný súd a ktorej dôsledkom bude zrušenie rozhodnutia Krajského súdu vo veci vylúčenia sudcu povereného pojednávaním veci. V odôvodnení uviedol, že navrhovateľ podaním zo 7.11.2014 súdu oznámil, že z dôvodu dosiahnutia ochrany podal sťažnosť Ústavnému súdu SR v zmysle článku 127 Ústavy SR pre porušenie jeho základných práv a slobôd spôsobené rozhodnutím Krajského súdu v Bratislave, pričom zároveň navrhol prerušiť konanie do právoplatného rozhodnutia Ústavného súdu SR. Tento návrh odôvodnil tým, že už v podanom návrhu na začatie konania označil skutočnosti, pre ktoré má byť vylúčený sudca poverený prejednaním a rozhodnutím veci. Ďalej uviedol, že mu bolo doručené rozhodnutie Krajského súdu o tom, že sudcovia Okresného súdu Bratislava III nie sú z prejednávania veci vylúčení, avšak s týmto rozhodnutím zásadne nesúhlasí, a tvrdí, že sú tu dané dôvody na vylúčenie všetkých sudcov Okresného súdu Bratislava III. Súd prvého stupňa skonštatoval, že uznesením č.k. 12C/147/2012-64, zo dňa 4.4.2014, návrh navrhovateľa na prerušenie konania zamietol a Krajský súd v Bratislave na odvolanie navrhovateľa uznesením č.k. 4Co/400/2014-91, zo dňa 25.7.2014, napadnuté uznesenie potvrdil. Poznamenal, že podanie zo 7.11.2014, ktorým navrhovateľ žiadal konanie prerušiť, je obsahovo totožné s podaním zo 4.4.2014, o ktorom už bolo (právoplatne) rozhodnuté uznesením č.k. 12C/147/2012-64, zo dňa 4.4.2014 v spojení s potvrdzujúcim uznesením Krajského súdu v Bratislave č.k. 4Co/400/2014-91, zo dňa 25.7.2014. Na uvedenom základe súd prvého stupňa návrh na prerušenie konania zamietol. Proti uzneseniu podal odvolanie navrhovateľ a žiadal napadnuté uznesenie zrušiť a vrátiť vec na ďalšie konanie. Namietol nepreskúmateľnosť napadnutého uznesenia pre absenciu odôvodnenia nesplnenia podmienok pre prerušenie konania. Odôvodnenie výroku rozhodnutia o neprerušení konania má zodpovedať požiadavke preukázania skutočností vypovedajúcich o možnosti pokračovať v konaní; ak neobsahuje opis konkrétnych okolností a dôvodov umožňujúcich pokračovať v konaní, ide o rozhodnutie nepreskúmateľné. Nesúhlasil s tvrdením súdu prvého stupňa, že návrh na prerušenie konania nepodporil žiadnymi listinami, pretože návrh na zrušenie pojednávania podal spolu s prílohou - ústavnou sťažnosťou, a preto v čase podania návrhu na prerušenie konania súd prvého stupňa disponoval s ústavnou sťažnosťou a tak mal poznať jej obsah a dôvody. Na uvedenom základe mal za to, že riadne a včas požiadal o prerušenie konania, uviedol dôležité dôvody a predložil súdu listiny spájané s označenými dôvodmi. Navrhovateľ ďalej v odvolaní poukázal na rozhodnutia krajských súdov v právne a skutkovo zhodných veciach, ktorými boli sudcovia okresných súdov vylúčení z rozhodovania veci. Mal za to, že názor krajského súdu v predmetnej veci vo veci nestrannosti pre rozpor s rozhodovacou praxou iných krajských súdov, Ústavného súdu SR a Európskeho súdu pre ľudské práva neobstojí; výsledkom podanej ústavnej sťažnosti bude zrušenie rozhodnutia krajského súdu. Na uvedenom základe preto nie je prípustné, aby konanie pokračovalo a aby sa naďalej vykonávali úkony a rozhodoval vylúčený sudca. Konanie malo byť prerušené až do rozhodnutia ústavného súdu o otázke nestrannosti súdu a osoby sudcu. Odvolací súd, ktorý bol viazaný rozsahom a dôvodmi odvolania (§ 212 ods. 1 O.s.p.), preskúmal napadnuté uznesenie a prejednal odvolanie bez nariadenia pojednávania podľa § 214 ods. 2 O.s.p.; dospel k záveru, že ani odvolanie navrhovateľa voči neprerušeniu konania nie je dôvodné. Navrhovateľ podaním zo dňa 6.11.2014 navrhol prerušenie konania do právoplatného rozhodnutia Ústavného súdu SR o ústavnej sťažnosti, v ktorej namietal porušenie základného práva na súdnu ochranu, na spravodlivý súdny proces a na zákonného sudcu uznesením Krajského súdu v Bratislave sp. zn. 4NcC/354/2012, zo dňa 31.10.2012 (vo vzťahu k posudzovanému konaniu sp. zn. 12C/147/2012 ide podľa správnosti o uznesenie sp. zn. 4NcC/355/2012). Ústavný súd SR však uznesením č.k. IV. ÚS 694/2013-10, zo dňa 12.12.2013, odmietol o.i. uvedenú sťažnosť navrhovateľa proti uzneseniu Krajského súdu v Bratislave sp. zn. 4NcC/355/2012, zo dňa 31.10.2012 pre nedostatok právomoci. Už na uvedenom základe preto nebol daný dôvod na prerušenie konania podľa § 109 ods. 1 písm. b) O.s.p. a ani podľa § 109 ods. 2 písm. c) O.s.p. Nedôvodný je aj poukaz na rozhodnutia krajských súdov v tvrdených právne a skutkovo zhodných veciach, ktorými boli sudcovia okresných súdov vylúčení z rozhodovania veci, keď Krajský súd v Bratislave uznesením č.k. 4NcC/335/2012-17, zo dňa 31.10.2012, rozhodol, že sudcovia Okresného súdu Bratislava III nie sú vylúčení z prejednávania a rozhodovania danej veci vedenej pod sp. zn. 12C/147/2012. Odvolací súd preto napadnuté uznesenie súdu prvého stupňa ako vecne správne v zmysle § 219 ods. 1 O.s.p. potvrdil.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https://www.kauzis.sk/judikatura/r/ECLI:SK:KSBA:2016:1015892170.2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