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8Co/736/2015 z 7. 3. 2016</w:t>
      </w:r>
    </w:p>
    <w:p>
      <w:r>
        <w:t>Rozsudok Krajského súdu Bratislava z 7. marca 2016, sp. zn. 8Co/736/2015, ECLI:SK:KSBA:2016:1015892269.1</w:t>
      </w:r>
    </w:p>
    <w:p>
      <w:r>
        <w:t>Súd: Krajský súd Bratislava</w:t>
      </w:r>
    </w:p>
    <w:p>
      <w:r>
        <w:t>Spisová značka: 8Co/736/2015</w:t>
      </w:r>
    </w:p>
    <w:p>
      <w:r>
        <w:t>ECLI: ECLI:SK:KSBA:2016:1015892269.1</w:t>
      </w:r>
    </w:p>
    <w:p>
      <w:r>
        <w:t>Dátum vydania: 7. 3. 2016</w:t>
      </w:r>
    </w:p>
    <w:p>
      <w:r>
        <w:t>Forma: Rozsudok</w:t>
      </w:r>
    </w:p>
    <w:p>
      <w:r>
        <w:t>Oblasť práva: Občianske právo</w:t>
      </w:r>
    </w:p>
    <w:p>
      <w:pPr>
        <w:pStyle w:val="Heading2"/>
      </w:pPr>
      <w:r>
        <w:t>Text rozhodnutia</w:t>
      </w:r>
    </w:p>
    <w:p>
      <w:r>
        <w:t>Súd: Krajský súd Bratislava Spisová značka: 8Co/736/2015 Identifikačné číslo súdneho spisu: 1015892269 Dátum vydania rozhodnutia: 08. 03. 2016 Meno a priezvisko sudcu, VSÚ: JUDr. Jana Vlčková ECLI: ECLI:SK:KSBA:2016:1015892269.1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01. apríla 2015, č.k. 44C 148/2012-40,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387,24 eur podľa zák. č. 514/2003 Z.z., o zodpovednosti za škodu spôsobenú pri výkone verejnej moci; a odporcovi náhradu trov konania nepriznal. Vychádzal zo zistenia, že v exekučnom konaní vedenom súdnym exekútorom Mgr. Vladimírom Cipárom, na Okresnom súde Bratislava V, vedenom pod sp. zn. 34Er/2473/2002,EX 785/2002, proti povinnému E. I., o vymoženie sumy 9.360,- Sk s príslušenstvom, požiadal navrhovateľ dňa 06.10.2010 o zmenu súdneho exekútora, o ktorej žiadosti súd rozhodol uznesením zo dňa 10.05.2011, č.k. 37Er/2473/2002-13 tak, že vykonaním exekúcie poveril súdneho exekútora JUDr. Rudolfa Krutého. Takto ustálený skutkový stav veci posúdil po právnej stránke podľa § 1 ods. 1, písm.a/, § 3 ods. 1, písm.d/, § 4 ods. 1, písm.c/, 9 ods. 1, 2, § 17 ods. 1,2 zákona č. 514/2003 Z.z. o zodpovednosti za škodu spôsobenú pri výkone verejnej moci a o zmene niektorých zákonov a § 44 a § 238 Exekučného poriadku a dospel k záveru, že navrhovateľ nepreukázal splnenie zákonných predpokladov zodpovednosti štátu za škodu spôsobenú nesprávnym úradným postupom. Poukázal na to, že exekučný súd sa tvrdeného nesprávneho úradného postupu; spočívajúceho v nedodržaní zákonnej lehoty na rozhodnutie o žiadosti navrhovateľa o zmenu súdneho exekútora; nedopustil, keď v danom prípade z ustanovenia § 44 ods. 6 Exekučného poriadku, v znení účinnom v čase začatia exekučného konania, žiadna lehota na rozhodnutie o zmene exekútora nevyplýva. Dospel tiež k záveru, že navrhovateľ nepreukázal ani ďalší z predpokladov vzniku zodpovednosti za škodu, ktorým je existencia majetkovej škody. V tejto súvislosti poukázal na právnu úpravu Exekučného poriadku, z ktorej vyplýva, že pôvodný súdny exekútor vykonával úkony exekučného konania až do času rozhodnutia súdu o zmene súdneho exekútora, v nadväznosti na čo vyvodil záver, že nerozhodnutím v lehote nemohlo dôjsť k vzniku materiálnej škody, nakoľko pôvodný súdny exekútor mal a mohol pokračovať vo vymáhaní pohľadávky, na ktorú má poverenia, s ohľadom na zachovanie kontinuity konania. Mal za to, že navrhovateľ v konaní skutočnú škodu, predstavujúcu náhradu účelne vynaložených nákladov spojených s jeho činnosťou uskutočňovanou vo veci správy a vymáhania pohľadávky v období, ktoré v uplynulom medzi doručením návrhu na zmenu exekútora a rozhodnutí o nej, ničím nepreukázal a uplatňovanú paušalizáciu vecných nákladov nepovažoval za zmenšenie majetku poškodeného a ani za ušlý majetkový prospech. Vo vzťahu k uplatnenému nároku na náhradu nemajetkovej ujmy poukázal na to, že navrhovateľ nepreukázal, že by povinný subjekt zanikol, že by dochádzalo ku konaniu smerujúcemu k zániku subjektu a dôvodom nesplnenia dlhu povinného je jeho insolventnosť, pričom ide o všeobecne známe riziká, ktoré sú rizikom podnikateľského subjektu. Nepovažoval ani za náležité vychádzať vo vzťahu k uplatňovanej náhrade nemajetkovej ujmy z paušálnej sumy, tak ako bola navrhovateľom uplatnená. Zároveň dôvodil, že navrhovateľ v konaní nepreukázal ani naplnenie tretieho predpokladu zodpovednosti štátu za škodu, ktorým je existencia príčinnej súvislosti medzi nesprávnym úradným postupom a uplatňovanou majetkovou a nemajetkovou škodou, keď nepreukázal, že vznik uplatnených nákladov a ujmy bol zapríčinený tým, že exekučný súd nerozhodol o jeho žiadosti o zmenu súdneho exekútora v zákonom stanovenej, resp. primeranej lehote. Uviedol, že navrhovateľom uplatňovaná majetková škoda, ktorá mu mala vzniknúť správou pohľadávok prostredníctvom pracovných výkonov jeho zamestnancov, nemá žiadnu príčinnú súvislosť s postupom súdu. O náhrade trov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Namietal, že vo veci sa neuskutočnilo ústne pojednávanie v situácii, kedy bolo potrebné vo veci vykonať dokazovanie listinami založenými v exekučnom spise a za stavu, keď sa odporca vôbec nevyjadril k podanej žalobe, a teda súd prvého stupňa mu mal umožniť uplatňovať svoje stanoviská k skutkovým, ale aj k právnym otázkam, nastoleným samotným súdom v súvislosti s nesprávnym úradným postupom a výškou spôsobenej škody, a pokiaľ tak neurobil porušil jeho právo na kontradiktórny súdny proces. V tejto súvislosti uviedol, že pokiaľ súd prvého stupňa na základe dokazovania vykonaného ex offo, teda dokazovania, ktorého obsah a rozsah si určil z akéhokoľvek dôvodu sám, zistil, že existuje okolnosť brániaca vydať preňho pozitívne rozhodnutie, mal potom informovať účastníkov konania v spore a umožniť im, aby sa k tomu kontradiktórne vyjadrili.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Namietal, že konečné rozhodnutie neprichádzalo do úvahy aj preto, že súd v rovnakom rozhodnutí rozhodol aj o zamietnutí jeho návrhu na prerušenie konania podľa § 109 ods. 2 písm. c/ O.s.p., proti ktorému pripustil odvolanie, a teda meritórne rozhodnutie je predčasné.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1 ods. 1, písm. a/, § 3 ods. 1 písm.d/, § 4 ods. 1 písm. c/ , § 9 ods. 1, 2, § 17 ods. 1,2) v spojení § 44 ods. 6, § 238 Exekučného poriadku, ktoré aj správne vyložil v súlade s ustálenou súdnou a výkladovou praxou a svoje úvahy, pre ktoré návrhu navrhovateľa nevyhovel a neprihliadol tak na jeho námietky proti postupu Okresného súdu Bratislava III v exekučnej veci sp. zn. 34Er 2473/2002, EX 785/2002,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sa stotožnil so záverom súdu prvého stupňa, že exekučný súd v konaní pod sp. zn. 34Er 2473/2002, EX 785/2002 nerozhodol o žiadosti navrhovateľa o zmenu súdneho exekútora po uplynutí zákonnej lehoty 30 dní v zmysle ust. § 44 Exekučného poriadku, keď v danej veci exekučný súd nebol lehotou podľa § 44 Exekučného poriadku viazaný, nakoľko pre posúdenie otázky dodržania lehoty 30 dní na rozhodnutie o zmene súdneho exekútora je; s poukazom na ust. § 238 Exekučného poriadku; rozhodujúce znenie citovaného ustanovenia platného a účinného v čase začatia predmetného exekučného konania; ktoré začalo v roku 2002, kedy zákon lehotu na rozhodnutie o zmene súdneho exekútora na základe žiadosti oprávneného neurčoval; a teda exekučný súd v danej veci nemohol o zmene súdneho exekútora v označenej veci rozhodnúť až po uplynutí zákonnej lehoty.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Na uvedenom závere nemôže nič zmeniť ani argumentácia navrhovateľa, že nemohol pred rozhodnutím súdu predložiť znalecký posudok preukazujúci vznik tvrdenej majetkovej škody, keď mal od podania návrhu dostatok času a príležitostí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bez nariadenia pojednávania postupom podľa § 115a ods. 2 O.s.p., odvolací súd považuje za nedôvodnú. Nakoľko v danom prípade išlo o drobný spor (§ 29 ods. 6 v spojení s § 200ea ods. 1 O.s.p.), nič nebránilo súdu prvého stupňa vec rozhodnúť bez nariadenia ústneho pojednávania dodržaním postupu podľa § 156 ods. 3 O.s.p. Nakoľko boli splnené podmienky na vydanie rozhodnutia bez ústneho pojednávania, nebolo potrebné vykonať navrhovateľom požadované dokazovanie obsahom exekučného spisu na pojednávaní (§ 122 ods. 1 O.s.p.), a teda ani listinné dôkazy založené v exekučnom spise nebolo potrebné vykonať ich prečítaním alebo oznámením ich obsahu na pojednávaní (§ 129 ods. 1 O.s.p.). Súd prvého stupňa vykonal dokazovanie len v rozsahu navrhovateľom navrhovanom v podanom návrhu - pripojením exekučného spisu, ktorú potrebu navrhovateľ odôvodnil práve tým, že nedisponuje rovnopisom exekučného titulu a ani návrhu na vykonanie exekúcie, keďže rovnopis exekučného titulu ako prílohu pripojil k návrhu na vykonanie exekúcie a zveril ho súdnemu exekútorovi a návrh na vykonanie exekúcie zachytený v obsahu zápisnice bol predložený súdnym exekútorom exekučnému súdu so žiadosťou o udelenie poverenia na vykonanie exekúcie; a teda za daného stavu nemôže objektívne predložiť rovnopis návrhu na vykonanie exekúcie a z uvedeného dôvodu ako dôkaz označuje príslušný spis exekučného súdu, ktorý obsahuje všetky podstatné listiny vysvetľujúce právne významné skutočnosti. Súd prvého stupňa teda vykonal dokazovanie v súlade s týmto dôkazným návrhom navrhovateľa za účelom posúdenie pravdivosti jeho tvrdení v návrhu o tom, že v exekučnom konaní malo dôjsť k nesprávnemu úradnému postupu, a teda nevykonal dokazovanie ex offo/z vlastnej iniciatívy, teda dokazovanie, ktorého obsah a rozsah si bez akéhokoľvek dôvodu určil sám. Neopodstatnená je preto námietka navrhovateľa, že pokiaľ konajúci súd zistil na základe ním vykonaného dokazovania ex offo, že existuje okolnosť brániaca vydať pre neho pozitívne rozhodnutie, mal vo všeobecnosti potom informovať účastníkov konania v spore a umožniť im, aby sa k tomuto kontradiktórne vyjadrili. Za stavu, keď sa navrhovateľ v podanom návrhu domáhal pripojenia exekučného spisu z dôvodu nemožnosti pripojiť listinné dôkazy v ňom obsiahnuté k návrhu na začatie konania , a v odvolaní súdu prvého stupňa takýto postup vytýka, neobstojí jeho námietka, že bola porušená kontradiktórnosť súdneho procesu.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Súdu prvého stupňa teda nemožno vytknúť žiadne procesné pochybenie a ani pochybenie pri skutkovom a právnom posúdení nároku navrhovateľa na náhradu škody a nemajetkovej ujmy, ktorá mu mala vzniknúť nesprávnym úradným postupom exekučného súdu v konaní vedenom na Okresnom súde Bratislava III pod sp. zn. 34Er 2473/2002, EX 785/2002,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https://www.kauzis.sk/judikatura/r/ECLI:SK:KSBA:2016:1015892269.1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