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2Cob/137/2015 z 25. 1. 2016</w:t>
      </w:r>
    </w:p>
    <w:p>
      <w:r>
        <w:t>Opravné uznesenie Krajského súdu Bratislava z 25. januára 2016, sp. zn. 2Cob/137/2015, ECLI:SK:KSBA:2016:1015892334.2</w:t>
      </w:r>
    </w:p>
    <w:p>
      <w:r>
        <w:t>Súd: Krajský súd Bratislava</w:t>
      </w:r>
    </w:p>
    <w:p>
      <w:r>
        <w:t>Spisová značka: 2Cob/137/2015</w:t>
      </w:r>
    </w:p>
    <w:p>
      <w:r>
        <w:t>ECLI: ECLI:SK:KSBA:2016:1015892334.2</w:t>
      </w:r>
    </w:p>
    <w:p>
      <w:r>
        <w:t>Dátum vydania: 25. 1. 2016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2Cob/137/2015 Identifikačné číslo súdneho spisu: 1015892334 Dátum vydania rozhodnutia: 26. 01. 2016 Meno a priezvisko sudcu, VSÚ: JUDr. Ľubica Břoušková ECLI: ECLI:SK:KSBA:2016:1015892334.2 Opravné uznesenie Krajský súd v Bratislave v právnej veci žalobcu: Tatranská mliekareň a.s., Nad traťou 26, 060 01 Kežmarok, IČO: 31 654 363, proti žalovaným: 1. Ministerstvo školstva, vedy, výskumu a športu Slovenskej republiky, Stromová 1, 813 30 Bratislava, IČO: 00 164 381, 2. Hlavné mesto Slovenskej republiky Bratislava, Primaciálne námestie 1, 814 99 Bratislava, IČO: 00 603 481, o zaplatenie 49.821,27 eur s príslušenstvom, o odvolaní žalobcu proti rozsudku Okresného súdu Bratislava II č. k. 26Cb/126/2003-602 zo dňa 22.10.2010 takto r o z h o d o l : Rozsudok Krajského súdu v Bratislave č. k. 2Cob/2/2011-645 zo dňa 10.7.2012 vo výrokovej časti o p r a v u j e tak, že druhý výrok správne znie: „Odvolací súd p r i p ú š ť a späťvzatie žaloby vo výške 14.571,57 eur voči odporcovi v 1. rade, v uvedenej časti rozsudok súdu prvého stupňa z r u š u j e a konanie z a s t a v u j e .“ o d ô v o d n e n i e : Krajský súd v Bratislave vydal dňa 10.7.2012 rozsudok č. k. 2Cob/2/2011-645, v ktorého druhom výroku bola uvedená nesprávna výška sumy, v ktorej bola žaloba vzatá späť, a to 13.571,57 eur, pričom správne má byť 14.571,57 eur. Uvedená suma 14.571,57 eur, v ktorej bola žaloba vzatá späť, vyplýva aj z odôvodnenia uvedeného rozsudku a aj zo zápisnice z pojednávania konaného dňa 10.7.2012, na ktorom došlo k späťvzatiu žaloby v uvedenej časti. Podľa ust. § 164 zák. č. 99/1963 Zb. Občiansky súdny poriadok v platnom znení (ďalej len O.s.p.) súd kedykoľvek aj bez návrhu opraví v rozsudku chyby v písaní a počítaní, ako aj iné zrejmé nesprávnosti. O návrhu na opravu súd rozhodne do 30 dní od jeho podania. O oprave vydá opravné uznesenie, ktoré doručí účastníkom. Pritom môže odložiť vykonateľnosť rozsudku na čas, kým opravné uznesenie nenadobudne právoplatnosť. Vychádzajúc z uvedeného súd predmetnú chybu v písaní v súlade s cit. ustanovením zákona opravil. Poučenie: Proti tomuto uzneseniu odvolanie nie je prípustné.</w:t>
      </w:r>
    </w:p>
    <w:p/>
    <w:p>
      <w:r>
        <w:t>Zdroj: KAUZIS.SK – https://www.kauzis.sk/judikatura/r/ECLI:SK:KSBA:2016:1015892334.2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