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8Co/560/2015 z 30. 5. 2016</w:t>
      </w:r>
    </w:p>
    <w:p>
      <w:r>
        <w:t>Rozsudok Krajského súdu Bratislava z 30. mája 2016, sp. zn. 8Co/560/2015, ECLI:SK:KSBA:2016:1015892568.1</w:t>
      </w:r>
    </w:p>
    <w:p>
      <w:r>
        <w:t>Súd: Krajský súd Bratislava</w:t>
      </w:r>
    </w:p>
    <w:p>
      <w:r>
        <w:t>Spisová značka: 8Co/560/2015</w:t>
      </w:r>
    </w:p>
    <w:p>
      <w:r>
        <w:t>ECLI: ECLI:SK:KSBA:2016:1015892568.1</w:t>
      </w:r>
    </w:p>
    <w:p>
      <w:r>
        <w:t>Dátum vydania: 30. 5. 2016</w:t>
      </w:r>
    </w:p>
    <w:p>
      <w:r>
        <w:t>Forma: Rozsudok</w:t>
      </w:r>
    </w:p>
    <w:p>
      <w:r>
        <w:t>Oblasť práva: Občianske právo</w:t>
      </w:r>
    </w:p>
    <w:p>
      <w:pPr>
        <w:pStyle w:val="Heading2"/>
      </w:pPr>
      <w:r>
        <w:t>Text rozhodnutia</w:t>
      </w:r>
    </w:p>
    <w:p>
      <w:r>
        <w:t>Súd: Krajský súd Bratislava Spisová značka: 8Co/560/2015 Identifikačné číslo súdneho spisu: 1015892568 Dátum vydania rozhodnutia: 31. 05. 2016 Meno a priezvisko sudcu, VSÚ: JUDr. Jana Vlčková ECLI: ECLI:SK:KSBA:2016:1015892568.1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V, zo dňa 10. novembra 2014, č.k. 43C/136/2012-62,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vo výške 175 eur a nemajetkovej ujmy vo výške 221,28 eur, podľa zák. č. 514/2003 Z.z., o zodpovednosti za škodu spôsobenú pri výkone verejnej moci; a odporcovi náhradu trov konania nepriznal. Vychádzal zo zistenia, že v exekučnom konaní vedenom súdnym exekútorom Mgr. Branislavom Plškom; na Okresnom súde Bratislava V vedenom pod sp. zn. 37Er/7736/2006; v prospech navrhovateľa ako oprávneného proti povinnej V. H., P.. XX.XX.XXXX, o vymoženie sumy 42.740,- Sk s príslušenstvom, dňa 14.10.2009 požiadal navrhovateľ o zmenu súdneho exekútora, o ktorej žiadosti súd rozhodol uznesením zo dňa 26.02.2010, č.k. 37Er/7736/2006-12, ktorým poveril vykonaním exekúcie súdneho exekútora JUDr. Rudolfa Krutého. Takto ustálený skutkový stav veci posúdil po právnej stránke podľa § 3 ods. 1,2, § 5 ods. 1,3, § 6 ods. 1,2, § 9 ods. 1, 2, § 15 ods. 1, § 16 ods. 1,2, § 17 ods. 1,2,3, zákona č. 514/2003 Z.z., § 44 ods. 8,9 Exekučného poriadku, a dospel k záveru, že navrhovateľ nepreukázal splnenie zákonných predpokladov zodpovednosti štátu za škodu spôsobenú nesprávnym úradným postupom, keď nepreukázal, že exekučný súd sa v súvislosti s rozhodovaním o jeho návrhu na zmenu súdneho exekútora dopustil nesprávneho úradného postupu spočívajúceho v zbytočných prieťahoch v konaní, o ktorých je oprávnený rozhodnúť iba Ústavný súd SR; najmä však nepreukázal vznik majetkovej škody, prípadne nemajetkovej ujmy na jeho strane; keď v tomto smere neprodukoval na preukázanie ich vzniku; okrem návrhu na oboznámenie obsahu exekučného spisu; žiadne dôkazy. S poukazom na uvedené, keď v danej veci nebol preukázaný nesprávny úradný postup exekučného súdu, avšak ani vznik škody na strane navrhovateľa, splnením ďalších predpokladov sa už; s poukazom na hospodárnosť konania; nezaoberal. O trovách konania rozhodol podľa § 142 ods. 1 O.s.p. a úspešnému odporcovi ich náhradu nepriznal, nakoľko v konaní ich náhradu priznať nežiadal.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prvostupňový súd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 3 ods. 1,2, § 5 ods. 1,3, § 6 ods. 1,2, § 9 ods. 1, 2, § 15 ods. 1, § 16 ods. 1,2, § 17 ods. 1,2,3, zákona č. 514/2003 Z.z., § 44 ods. 8,9 Exekučného poriadku, a svoje dôvody, pre ktoré návrhu navrhovateľa nevyhovel a neprihliadol tak na jeho námietky proti postupu Okresného súdu Bratislava V v exekučnej veci sp. zn. 37Er/7736/2006, aj dostatočne v súlade s § 157 ods. 2 O.s.p. odôvodnil, pričom sa vysporiadal so všetkými rozhodujúcimi skutočnosťami podstatnými pre právne posúdenie veci, ako aj so všetkými relevantnými argumentmi sporových strán a riadne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súdom v exekučnom konaní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V preskúmavanej veci je správny záver súdu prvého stupňa, že navrhovateľ v konaní nepreukázal vznik škody a nemajetkovej ujmy, keď uvedený záver zodpovedá vykonaným dôkazom (§ 132 O.s.p.), nakoľko súd prvého stupňa vzal do úvahy všetky rozhodujúce skutočnosti tvrdené navrhovateľom, ako aj listinné dôkazy založené v spise a svoje skutkové závery založil na ich správnom zhodnotení, v ktorom postupe nebol zistený žiaden logický rozpor. Navrhovateľ v konaní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Pokiaľ ide o námietku navrhovateľa, že mu súd prvého stupňa odňal možnosť konať pred súdom tým, že vec prejednal a vo veci rozhodol na pojednávaní dňa 10.11.2014 v jeho neprítomnosti, odvolací súd ju považuje za nedôvodnú a účelovú, keďže navrhovateľ, resp. jeho právny zástupca, boli na toto pojednávanie riadne predvolaní dňa 29.10.2014 (č.l. 36 spisu), pojednávania sa nezúčastnili a ani nepožiadali z dôležitého dôvodu o jeho odročenie, a teda boli splnené všetky zákonné predpoklady (§ 101 ods. 2 O.s.p.) na prejednanie a rozhodnutie veci na pojednávaní dňa 10.11.2014 v jeho neprítomnosti. Odvolací súd po preskúmaní vyššie uvedeného procesného postupu prvostupňového súdu dospel k záveru, že ním nedošlo k odňatiu možnosti účastníkov konať pred súdom a súd prvého stupňa ním ani nezaťažil konanie inou vadou, ktorá by mala za následok nesprávne rozhodnutie vo veci. Nedôvodná je tiež odvolacia námietka navrhovateľa, že vo veci rozhodoval vylúčený sudca, keď o ním podanej námietke zaujatosti v preskúmavanej veci rozhodol Krajský súd v Bratislave, ktorý uznesením zo dňa 19.10.2012, č.k. 8NcC/134/2012-16, zákonnú sudkyňu Mgr. Zitu Leimbergerovú z prejednávania a rozhodovania danej veci nevylúčil. Súdu prvého stupňa teda nemožno vytknúť žiadne procesné pochybenie ani pochybenie pri skutkovom a právnom posúdení nároku navrhovateľa na náhradu škody, ktorá mu mala vzniknúť nesprávnym úradným postupom exekučného súdu v konaní vedenom na Okresnom súde Bratislava V pod sp. zn. 37Er/7736/2006, pričom ani v odvolaní navrhovateľ neuviedol žiadne nové skutočnosti, ktoré by odôvodňovali odlišné právne posúdenie tejto otázky odvolacím súdom.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https://www.kauzis.sk/judikatura/r/ECLI:SK:KSBA:2016:1015892568.1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