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4CoZm/86/2015 z 21. 9. 2016</w:t>
      </w:r>
    </w:p>
    <w:p>
      <w:r>
        <w:t>Uznesenie Krajského súdu Bratislava z 21. septembra 2016, sp. zn. 4CoZm/86/2015, ECLI:SK:KSBA:2016:1015892696.1</w:t>
      </w:r>
    </w:p>
    <w:p>
      <w:r>
        <w:t>Súd: Krajský súd Bratislava</w:t>
      </w:r>
    </w:p>
    <w:p>
      <w:r>
        <w:t>Spisová značka: 4CoZm/86/2015</w:t>
      </w:r>
    </w:p>
    <w:p>
      <w:r>
        <w:t>ECLI: ECLI:SK:KSBA:2016:1015892696.1</w:t>
      </w:r>
    </w:p>
    <w:p>
      <w:r>
        <w:t>Dátum vydania: 21.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4CoZm/86/2015 Identifikačné číslo súdneho spisu: 1015892696 Dátum vydania rozhodnutia: 22. 09. 2016 Meno a priezvisko sudcu, VSÚ: JUDr. Tatiana Pastieriková ECLI: ECLI:SK:KSBA:2016:1015892696.1 Uznesenie Krajský súd v Bratislave v senáte zloženom z predsedníčky senátu JUDr. Tatiany Pastierikovej a členiek senátu JUDr. Eleny Kúšovej a JUDr. Dany Šiffalovičovej v právnej veci žalobcu: Q.. N. X., Y. XX.XX.XXXX, E. L. XX, XXX XX E., zastúpený: JUDr. Peter Schmidl, advokát, Záhorácka 11/A, 901 01 Malacky, proti žalovanému: N.. R. J., Y. XX.XX.XXXX, E. G. X, XXX XX E., o zaplatenie 300.000 eur s prísl. a odmenou 1.000 eur zo zmenky, o odvolaní žalovaného proti uzneseniu Okresného súdu Bratislava V č.k. 1 CbZm/224/2013 - 37 zo dňa 17.06.2013, takto r o z h o d o l : Krajský súd v Bratislave odvolanie žalovaného proti uzneseniu Okresného súdu Bratislava V č.k. 1 CbZm/224/2013 - 37 zo dňa 17.06.2013 o d m i e t a . o d ô v o d n e n i e : 1. Napadnutým uznesením súd prvej inštancie vyzval žalovaného na zaplatenie súdneho poplatku za námietky proti zmenkovému platobnému rozkazu vo výške 18.060 eur podľa položky č. 1 písm. a) Sadzobníka súdnych poplatkov, ktorý tvorí prílohu k zákonu č. 71/1992 Zb.. 2. Proti tomuto uzneseniu podal odvolanie žalovaný, ktorý uviedol, že výška súdneho poplatku je nesprávna, nakoľko v sporoch o peňažnú pohľadávku je maximálna výška súdneho poplatku 16.596,50 eur. 3. Krajský súd v Bratislave ako súd odvolací (§ 34 zák. č. 160/2015 Z.z. Civilný sporový poriadok, ďalej len CSP) prejednal vec bez nariadenia pojednávania a dospel k záveru, že odvolanie je potrebné odmietnuť. 4. Podľa § 470 ods. 1 CSP, ak nie je ustanovené inak, platí tento zákon aj na konania začaté predo dňom nadobudnutia jeho účinnosti. 5. Podľa § 470 ods. 2 CSP právne účinky úkonov, ktoré v konaní nastali predo dňom nadobudnutia účinnosti tohto zákona, zostávajú zachované. 6. Podľa § 386 písm. a) CSP odvolací súd odmietne odvolanie, ak bolo podané oneskorene. 7. Podľa § 362 ods. 1 CSP odvolanie sa podáva v lehote 15 dní od doručenia rozhodnutia na súde, proti ktorého rozhodnutiu smeruje. 8. Podľa § 121 ods. 2 CSP do plynutia lehoty určenej podľa dní sa nezapočítava deň, keď nastala skutočnosť určujúca začiatok lehoty. Podľa § 121 ods. 4 CSP, ak koniec lehoty pripadne na sobotu alebo deň pracovného pokoja, je posledným dňom lehoty najbližší nasledujúci pracovný deň. 9. Podľa § 121 ods. 5 CSP lehota je zachovaná, ak sa v posledný deň lehoty urobí úkon na súde alebo sa podanie odovzdá orgánu, ktorý má povinnosť ho doručiť; to platí aj vtedy, ak je podanie urobené elektronickými prostriedkami doručené súdu mimo pracovného času. 10. Odvolací súd z obsahu spisu zistil, že napadnuté uznesenie bolo odvolateľovi doručené dňa 17.07.2013. Posledným dňom lehoty na podanie odvolania v zákonom stanovenej pätnásťdňovej lehote bol deň 01.08.2013 (štvrtok). Odvolanie bolo podané na poštu dňa 02.08.2013, t.j. po uplynutí zákonnej lehoty. Preto odvolací súd podľa § 386 písm. a) CSP odvolanie žalovaného odmietol ako oneskorene podané. 11. Podľa ustálenej judikatúry súdov SR vrátane Ústavného súdu SR odvolací súd v uvedených prípadoch rozhoduje bez toho, aby skúmal vecnú stránku napadnutého rozhodnutia súdu prvej inštancie. 12. Toto uznesenie bolo členmi senátu prijaté pomerom hlasov 3 : 0 (§ 393 ods. 2 posledná veta CSP.)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https://www.kauzis.sk/judikatura/r/ECLI:SK:KSBA:2016:1015892696.1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