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4Co/210/2015 z 16. 2. 2016</w:t>
      </w:r>
    </w:p>
    <w:p>
      <w:r>
        <w:t>Rozsudok Krajského súdu Bratislava z 16. februára 2016, sp. zn. 4Co/210/2015, ECLI:SK:KSBA:2016:1015892951.1</w:t>
      </w:r>
    </w:p>
    <w:p>
      <w:r>
        <w:t>Súd: Krajský súd Bratislava</w:t>
      </w:r>
    </w:p>
    <w:p>
      <w:r>
        <w:t>Spisová značka: 4Co/210/2015</w:t>
      </w:r>
    </w:p>
    <w:p>
      <w:r>
        <w:t>ECLI: ECLI:SK:KSBA:2016:1015892951.1</w:t>
      </w:r>
    </w:p>
    <w:p>
      <w:r>
        <w:t>Dátum vydania: 16. 2. 2016</w:t>
      </w:r>
    </w:p>
    <w:p>
      <w:r>
        <w:t>Forma: Rozsudok</w:t>
      </w:r>
    </w:p>
    <w:p>
      <w:r>
        <w:t>Oblasť práva: Občianske právo</w:t>
      </w:r>
    </w:p>
    <w:p>
      <w:pPr>
        <w:pStyle w:val="Heading2"/>
      </w:pPr>
      <w:r>
        <w:t>Text rozhodnutia</w:t>
      </w:r>
    </w:p>
    <w:p>
      <w:r>
        <w:t>Súd: Krajský súd Bratislava Spisová značka: 4Co/210/2015 Identifikačné číslo súdneho spisu: 1015892951 Dátum vydania rozhodnutia: 17. 02. 2016 Meno a priezvisko sudcu, VSÚ: JUDr. Valéria Kleinová ECLI: ECLI:SK:KSBA:2016:1015892951.1 ROZSUDOK V MENE SLOVENSKEJ REPUBLIKY Krajský súd v Bratislave v senáte zloženom z predsedníčky senátu JUDr. Valérie Kleinovej a členov senátu Mgr. Ingrid Degmovej Pospíšilovej a JUDr. Michaely Frimmelovej v právnej veci navrhovateľky: U. G. E., nar. XX.XX.XXXX, V. P. P. X, G., zákonne zastúpená R. E., V. P. P. X, G., právne zast. FUTEJ &amp; Partners, s.r.o., Radlinského 2, Bratislava, proti odporcovi: Slovenská republika, zastúpená Národnou bankou Slovenska, Imricha Karvaša 1, Bratislava, IČO: 30 844 789, o náhradu škody vo výške 1.100,65 eur s príslušenstvom, na odvolanie navrhovateľky proti rozsudku Okresného súdu Bratislava I zo dňa 22. septembra 2014 č.k. 11C 194/2011-286 a proti uzneseniu zo dňa 22. decembra 2014 č.k. 11C 194/2011-311 takto r o z h o d o l : Odvolací súd napadnutý rozsudok súdu prvého stupňa potvrdzuje. Napadnuté uznesenie súdu prvého stupňa č.k. 11C 194/2011-311 zo dňa 22.12.2014 potvrdzuje. Odporcovi náhradu trov odvolacieho konania nepriznáva. o d ô v o d n e n i e : Napadnutým rozsudkom súd prvého stupňa zamietol návrh navrhovateľky, ktorým sa domáhala uložiť odporcovi povinnosť zaplatiť jej sumu 1.100,65- eur s príslušenstvom titulom náhrady škody spôsobenej nesprávnym úradným postupom Národnej banky Slovenska podľa zák. č. 514/2003 Z.z. o zodpovednosti za škodu spôsobenú pri výkone verejnej moci a o zmene niektorých zákonov. Odporcovi nepriznal náhradu trov konania postupom podľa § 142 ods. 1 O.s.p.. Svoje rozhodnutie odôvodnil právne ust. § 3 ods. 1, 2, § 9 ods. 1 veta prvá a druhá veta pred bodkočiarkou, § 15 ods. 1, § 17 ods. 1 zák. č. 514/2003 Z.z. o zodpovednosti za škodu spôsobenú pri výkone verejnej moci a o zmene niektorých zákonov a vecne tým, že navrhovateľka v konaní nepreukázala vznik škody, ani namietaný nesprávny úradný postup odporcu, a tým ani príčinnú súvislosť medzi ňou tvrdenou škodou a nesprávnym úradným postupom odporcu. Vykonaným dokazovaním zistil, že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zápisnicou z riadnej členskej schôdze Družstva zo dňa 09.01.2003, podľa ktorej mal Úrad pre finančný trh schválením Prospektu investície odobriť projekt družstiev s tým, že Úrad pre finančný trh Družstvo v upozornení zo dňa 13.05.2003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podľa ust. § 135 ods. 1 zák. č. 566/2001 Z.z., ale nie dohľadu nad celkovou činnosťou Družstva. Dňa 02.06.2008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Poukázal na skutočnosť, že Národná banka Slovenska rozhodnutím zo dňa 08.01.2008, č. OPK-9750-5/2007, uložila obchodníkovi s cennými papiermi pokutu vo výške 500.000,- Sk za porušenie v rozhodnutí špecifikovaných ustanovení zák. č. 566/2001 Z.z., pričom po jeho zrušení rozhodnutím zo dňa 20.08.2008, č. OPK-9750-5/2007 uložila obchodníkovi s cennými papiermi opätovne pokutu vo výške 300.000,- Sk za porušenie v rozhodnutí špecifikovaných ustanovení zák. č. 566/2001 Z.z., a rozhodnutím zo dňa 22.04.2008, č. OPK-2744-5/2007-PLP, zmenila obchodníkovi s cennými papiermi povolenie na poskytovanie investičných služieb, a povolila mu, okrem iného, poskytovanie investičnej služby podľa ust. § 6 ods. 1 písm. d) v spojení s § 5 ods. 1 písm. a), b), c) zák. č. 566/2001 Z.z., s obmedzením podľa § 59 ods. 3 tohto zákona a poskytovanie investičných služieb, investičných činností a vedľajších služieb podľa § 6 ods. 1 a 2 v spojení s § 5 ods. 1 zák. č. 566/2001 Z.z. v špecifikovanom rozsahu. Po obdržaní výpovede obchodníka s cennými papiermi zo Zmluvy o riadení portfólia požiadalo Družstvo listom zo dňa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23.04.2010 požiadalo Družstvo Národnú banku Slovenska o zjednanie nápravy v činnosti obchodníka s cennými papiermi, pretože tento si neplnil voči nemu svoje základné povinnosti, spočívajúce v zabezpečení zhodnotenia finančných prostriedkov jemu zverených do správy. Poukázal na skutočnosť, že Národná banka Slovenska rozhodnutím o predbežnom opatrení zo dňa 12.07.2010, č. ODT-8305/2010, podľa § 25 ods. 1 písm. a) zák. č. 747/2004 Z.z. uložila obchodníkovi s cennými papiermi povinnosť zdržať sa nakladania s majetkom klientov, ktorý mu bol zverený bez písomného súhlasu Národnej banky Slovenska, keďže na základe oznámenia najmä Družstva vzniklo dôvodné podozrenie z možného poškodenia klientov obchodníka s cennými papiermi, a rozhodnutím zo dňa 21.12.2010, č. ODT-8305-5/2010, potvrdeným Bankovou radou Národnej banky Slovenska (rozhodnutím zo dňa 01.03.2011, č. GUV-274/2011), odobrala obchodníkovi s cennými papiermi povolenie na poskytovanie investičných služieb z dôvodov podľa § 156 ods. 2 písm. a), § 55 ods. 7, ods. 9, § 85 ods. 2 v spojení s ust. § 84 ods. 1 písm. b), § 76 ods. 2 a § 77 ods. 7 zák. č. 566/2001 Z.z., pričom rozhodnutím zo dňa 26.08.2010, č. OPK-5664/1-5/2010, zastavila konanie o schválenie dodatku k Prospektu investície z dôvodu, že žiadosť neobsahovala náležitosti stanovené zákonom, čo potvrdila Banková rada Národnej banky Slovenska rozhodnutím zo dňa 07.12.2010, č. GUV-1744/2010. Rozhodnutím zo dňa 30.05.2011, č. ODT-10890-4/2010, právoplatným dňa 18.07.2011,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investícii. Národná banka Slovenska podala dňa 27.07.2010 trestné oznámenie na neznámeho páchateľa po tom, čo pri výkone dohľadu na diaľku zistila skutočnosti nasvedčujúce spáchaniu skutku, ktorý by mohol naplniť znaky skutkovej podstaty trestného činu. Mal tiež za preukázané, že majetok vložený do investičných nástrojov Družstva je tvorený podielmi v družstvách EDSI, KPDSI a DDSI a na 98,85 % podielom zmenkami emitenta CI HOLDING, akciová spoločnosť, a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Prospekt investície nebol zo strany Družstva dodržaný. Národná banka Slovenska preto považovala za vhodné v aktívach družstva umiestniť finančné nástroje aj iných subjektov, ako subjektov nachádzajúcich sa v skupine CI HOLDING, a.s., z dôvodu rozloženia investičného rizika. NBS rozhodnutím č. OPK-9750/3/2007 zo dňa 8.1.2008 uložila obchodníkovi s cennými papiermi pokutu v sume 500.000,- Sk (16.596,96 €) za porušenie: - ustanovenia § 54 ods. 2 zákona č. 566/2001 Z.z., tým že s družstvom mal uzatvorenú zmluvu o riadení portfólia cenných papierov zo dňa 28.6.2002 a klientovi na základe zmluvy do 31.12.2003 poskytoval hlavnú investičnú službu podľa § 6 ods. 2 písm. d/ zákona č 566/2001 Z.z., ktorú od 13.5.2003, t.j. od právoplatnosti rozhodnutia Úradu pre finančný trh č. GRUFT-22/2003/OCP vykonávať nemohol, - ustanovenia § 73 ods. 1 písm. a/ zákona č. 566/2001 Z.z. tým, že obchodník s cennými papiermi si neplnil povinnosti voči družstvu (klientovi) vyplývajúce z uzatvorených zmlúv, a teda pri poskytovaní investičných služieb nekonal v súlade so zásadami poctivého obchodného styku s odbornou starostlivosťou a v záujme svojich klientov, - ustanovenia § 73 ods. 1 písm. a/ zákona č. 566/2001 Z.z. tým, že obchodník s cennými papiermi a mandatár v rozpore s ustanovením § 36 ods. 1 v spojení s § 33 ods. 2 zákona č. 566/2001 Z.z. nevykonal kroky, prostredníctvom ktorých by predal akcie spoločnosti Doprastav, a.s., C. SK XXXXXXXXXX, za najvýhodnejšiu cenu, ktorú bolo možné dosiahnuť v prospech klienta DOAS, a.s., aj keď mal takú možnosť, t.j. pri poskytovaní služieb nekonal v súlade so zásadami poctivého obchodného styku s odbornou starostlivosťou v záujme svojho klienta, - ustanovenia § 74 ods. 1 v spojení s § 173f zákona č. 566/2001 Z.z. tým, že obchodník s cennými papiermi neudržiaval primeranosť vlastných zdrojov 8%, - ustanovenia § 74 ods. 1 v spojení s § 173f zákona č. 566/2001 Z.z. tým, že obchodník s cennými papiermi neudržiaval primeranosť vlastných zdrojov najmenej 8% od 9.10.2006 do 30.10.2006, od 13.11.2006 do 14.11.2006, - ustanovenia § 74 ods. 7 zákona č. 566/2001 Z.z. tým, že obchodník s cennými papiermi nedodržal limit majetkovej angažovanosti. Banková rada NBS rozhodnutím č. GUV-841/2008 zo dňa 7.5.2008 zrušila rozhodnutie NBS č. OPK-9750/3/2007 zo dňa 8.1.2008 a vec jej vrátila na ďalšie konanie. NBS v novom konaní rozhodnutím č. OPK-9750-5/2007 zo dňa 20.8.2008 uložila obchodníkovi s cennými papiermi pokutu v sume 300.000,- Sk (9.958,18 €) za porušenie: - ustanovenia § 54 ods. 2 zákona č. 566/2001 Z.z., tým že s družstvom mal uzatvorenú zmluvu o riadení portfólia cenných papierov zo dňa 28.6.2002 a klientovi na základe zmluvy do 31.12.2003 poskytoval hlavnú investičnú službu podľa § 6 ods. 2 písm. d/ zákona č 566/2001 Z.z., ktorú od 13.5.2003, t.j. od právoplatnosti rozhodnutia Úradu pre finančný trh č. GRUFT-22/2003/OCP vykonávať nemohol, - ustanovenia § 73 ods. 1 písm. a/ zákona č. 566/2001 Z.z. tým, že obchodník s cennými papiermi si neplnil povinnosti voči družstvu (klientovi) vyplývajúce zo zmluvy o poradenskej činnosti vo veciach týkajúcich sa investovania do investičných nástrojov zo dňa 23.1.2004 a pri poskytovaní investičných služieb nekonal v súlade so zásadami poctivého obchodného styku s odbornou starostlivosťou a v záujme svojich klientov, - ustanovenia § 74 ods. 1 zákona č. 566/2001 Z.z. tým, že obchodník s cennými papiermi v dňoch 30.9.2006, od 9.10.2006 do 30.10.2006 a od 13.11.2006 do 14.11.2006 neudržiaval primeranosť vlastných zdrojov najmenej 8%, - ustanovenia § 74 ods. 7 písm. b/ zákona č. 566/2001 Z.z. tým, že obchodník s cennými papiermi v dňoch 30.9.2006, od 9.10.2006 do 30.10.2006 a od 13.11.2006 do 14.11.2006 nezabezpečil, aby jeho majetková angažovanosť neprekročila 25 % vlastných zdrojov voči inej osobe. Obchodník s cennými papiermi proti tomuto rozhodnutiu nepodal riadny opravný prostriedok (rozklad). NBS dňa 27.7.2010 oznámila Prezídiu Policajného zboru, Odboru bola proti korupcii Bratislava, skutočnosti nasvedčujúce, že došlo k spáchaniu trestného činu, o ktorých sa dozvedela pri výkone dohľadu na diaľku. Zistila, že konaním oprávnených osôb družstva pravdepodobne došlo k naplneniu skutkovej podstaty trestného činu. Na základe toho bolo začaté trestné stíhanie uznesením č. PPZ-153/ BPK-B-2010 zo dňa 16.11.2010. NBS predbežným opatrením č. ODT-8305/2010 zo dňa 12.7.2010 uložila obchodníkovi s cennými papiermi zdržať sa nakladania s majetkom klientov zvereným obchodníkovi bez jej predchádzajúceho písomného súhlasu. NBS zastavila konanie o žiadosti družstva o schválenie dodatku k prospektu investície (rozhodnutie č. OPK-5664/1-5/2010 zo dňa 26.8.2010). Rozhodnutie bolo potvrdenie rozhodnutím Bankovej rady NBS č. GUV-1744/2010 zo dňa 8.12.2010, ktoré nadobudlo právoplatnosť dňa 16.12.2010. NBS rozhodnutím č. ODT-8305-5/2010 zo dňa 21.12.2010 odobrala obchodníkovi s cennými papiermi povolenie na poskytovanie investičných služieb pre porušenie ustanovení § 156 ods. 2 písm. a/, § 55 ods. 7, ods. 9, § 85 ods. 2, § 84 ods. 1 písm. b/, § 76 ods. 2, § 77 ods. 7 zákona č. 566/2001 Z.z. Rozhodnutie bolo potvrdené druhostupňovým rozhodnutím č. GUV-274/2011 zo dňa 1.3.2011, ktoré nadobudlo právoplatnosť a vykonateľnosť dňa 4.3.2011. NBS rozhodnutím č. ODT-10890-4/2010 zo dňa 30.5.2011 zakázala družstvu predaj majetkových hodnôt, pretože sa zmenili údaje uvedené vo verejnej ponuke majetkových hodnôt. Súd prvého stupňa zistil, že Okresný súd Bratislava I uznesením zo dňa 11.04.2011, č.k. 3K/95/2010-21, právoplatným dňa 05.05.2011, vyhlásil konkurz na majetok Družstva ako úpadcu, a do funkcie správcu ustanovil U.. U. G., pričom veritelia Družstva boli vyzvaní na prihlásenie pohľadávok v lehote 45 dní odo dňa vyhlásenia konkurzu. Navrhovateľka si prihlásila pohľadávku v sume 6.121,06 Eur, v konaní podala incidenčnú žalobu. Konkurzné konanie nie je doposiaľ skončené, pretože prebieha speňažovanie majetku. Súd prvého stupňa vyhodnotil, že navrhovateľka v konaní nepreukázala existenciu predpokladov zodpovednosti odporcu za škodu podľa zákona č. 514/2003 Z.z., na vyvodenie ktorej je potrebné kumulatívne splnenie všetkých zákonom stanovených podmienok, ktorými sú existencia majetkovej ujmy vyjadriteľnej v peniazoch, nezákonné rozhodnutie alebo nesprávny úradný postup orgánu verejnej moci a príčinná súvislosť medzi škodou a nezákonným rozhodnutím alebo nesprávnym úradným postupom, pričom nepreukázanie čo i len jedného z týchto predpokladov má za následok zamietnutie celého návrhu. S poukazom na ust. § 231 ods. 1 a 2 a § 233 ods. 1 Obch. zák. a na stanovy Družstva (čl. 16 úplného znenia v dodatku č. 9) dospel k záveru, že navrhovateľka v konaní neuniesla dôkazné bremeno. Uviedol, že z vykonaného dokazovania vyplynulo, že družstvo, ktorého členkou bola aj navrhovateľka do 30.3.2011, až do roku 2010 deklarovalo, že jeho hospodárske výsledky sú úmerné ročným predpokladom hospodárenia a členské vklady sa zhodnocujú. V žiadnej zo správ družstva sa nenachádzali informácie o jeho nepriaznivej hospodárskej situácii. Družstvo v rokoch 2007 a 2010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 v roku 2007 vykonala dohľad na mieste, počas ktorého zistila u obchodníka s cennými papiermi nedostatky, ktoré viedli k: o uloženiu pokuty v sume 500.000,- Sk, t.j. 16.596,96 € (rozhodnutím č. OPK-9750/3/2007 z 8.1.2008, ktoré bolo zrušené rozhodnutím druhostupňového správneho orgánu - Bankovej rady NBS - č. GUV 841/2008 zo dňa 7.5.2008), o uloženiu pokuty v sume 300.000,- Sk, t.j. 9.958,18 € (rozhodnutím č. OPK-9750-5/2007 z 20.8.2008, ktoré je právoplatné a vykonateľné, pretože obchodník s cennými papiermi sa vzdal práva podať rozklad), - predbežným opatrením č. ODT-8305/2010 z 12.7.2010 nariadila obchodníkovi s cennými papiermi zdržať sa nakladanie s majetkom mu zvereným bez jej predchádzajúceho súhlasu, - dňa 27.7.2010 polícii oznámila skutočnosti, že mohlo dôjsť k spáchaniu trestného činu predstaviteľmi družstva, na základe ktorého bolo začaté trestné stíhanie uznesením č. PPZ-153/BPK-B-2010 zo 16.11.2010, - zastavila konanie o schválenie dodatku k prospektu investície, o ktoré požiadalo družstvo (rozhodnutím č. OPK-5664/1-5/2010 u 26.8.2010), - odobrala obchodníkovi s cennými papiermi povolenie na poskytovanie investičných služieb rozhodnutím č. ODT-8305-5/2010 zo dňa 21.12.2010, ktoré bolo potvrdené druhostupňovým rozhodnutím č. GUV-274/11 zo dňa 1.3.2011, - NBS rozhodnutím č. ODT-10890-4/2010 z 30.5.2011 zakázala družstvu predaj majetkových hodnôt. Z uvedeného podľa súdu prvého stupňa vyplýva, že NBS nezanedbala svoje povinnosti a dohľad nad dohliadanými subjektmi - družstvom a obchodníkom s cennými papiermi - vykonávala v zákonnom rozsahu ako dohľad nad plnením povinností vyhlasovateľa verejnej ponuky majetkových hodnôt a v súlade s ustanoveniami § 125 až § 128 zákona č. 566/2001 Z.z. v znení účinnom v čase vykonávania dohľadu. NBS v rámci dohľadu kontrolovala zverejnenie schváleného prospektu investície pred začatím verejnej ponuky (§ 126 ods. 2, § 127 zákona č. 566/2001 Z.z.),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Z.z.. Až s účinnosťou od 1.6.2010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31.5.2010 nemohla prekročiť rozsah svojich právomocí, zverených jej zákonom č. 566/2001 Z.z. a č. 747/2004 Z.z., pretože by konala v rozpore s čl. 2 ods. 2 Ústavy SR. Dal do pozornosti, že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13.5.2003 vyzval, aby také informácie nepoužíval a nešíril,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Navrhovateľka podľa súdu prvého stupňa nepreukázala, že odporca sa dopustil nesprávneho úradného postupu. V konaní poukazovala len na skutočnosť, že odporca bol nečinný, spôsoboval prieťahy, neskoro zistil nedostatky v činnosti obchodníka s cennými papiermi, nerobil riadne a včas úkony potrebné na nápravu zistených nedostatkov, neprijal opatrenia potrebné na zabránenie vzniku škody, nekonal v súlade so zákonom č. 747/2004 Z.z., so zákonom č. 566/1992 Zb. a so zákonom č. 566/2001 Z.z.. Preto zo strany NBS nejde o nesprávny úradný postup (ale ide o postup konformný so zákonom), NBS nebola nečinná, ihneď po oznámení družstva začala vykonávať dohľad na mieste a prijala primerané opatrenia, ktoré postupne vyústili až do odobratia povolenia obchodníkovi s cennými papiermi na poskytovanie investičných služieb. Súd opäť prízvukuje diskrečnú právomoc NBS v správnom konaní ukladať sankcie za porušenie právnych predpisov právnickými osobami, teda za spáchanie iných správnych deliktov, pri ktorých sa uplatňujú zásady administratívneho trestania a analogicky aj zásady trestného trestania. Ak NBS postupovala od miernejšej sankcie (pokuta) k prísnejšej sankcii (odobratie povolenia na poskytovanie investičných služieb), jej postup je v súlade s právomocou, ktorú jej zákon zveril. Na základe uvedeného uzavrel, že nebola naplnená prvá a základná podmienka pre vyvodenie zodpovednosti voči štátu a to existencia nesprávneho úradného postupu orgánu verejnej moci (NBS) pri výkone verejnej moci podľa § 9 zákona č. 514/2003 Z.z.. Škoda, ktorá navrhovateľke vznikla v podobe nevyplateného členského podielu a vyrovnacieho podielu, je škodou, ktorú nespôsobil odporca. Navrhovateľka ako členka družstva musela vedieť, že s jej investíciou je spojené aj riziko a doterajší alebo propagovaný výnos nie je zárukou budúcich výnosov; bola povinná podieľať sa nielen na ziskoch, ale aj na stratách družstva (§ 82 ObZ). Tvrdenie navrhovateľky, že sa spoliehala na to, že družstvo a obchodník s cennými papiermi sú pod dohľadom NBS, nie sú právne relevantné a v rozpore s citovanými právnymi predpismi (aj s ohľadom na oznámenie Úradu pre finančný trh zo dňa 13.5.2003 citované vyššie). Z vykonaného dokazovania mal za preukázané, že obchodník s cennými papiermi porušil svoje povinnosti vyplývajúce mu zo zmluvy pri zhodnocovaní finančných prostriedkov, ktoré malo družstvo vo svojom portfóliu. Družstvo sa mohlo snažiť ochrániť vklady svojich členov podaním žaloby proti obchodníkovi s cennými papiermi.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navrhovateľke vznikla, z dôvodu nevyplatenia jej členského vkladu a vyrovnacieho podielu, je výsledkom hospodárskej činnosti družstva, za ktorú nesie zodpovednosť výlučne družstvo, resp. jeho predstavenstvo a kontrolná komisia. Družstvo sa môže domáhať náhrady škody voči členom predstavenstva, ktorí zanedbali svoje povinnosti a nekonali s odbornou starostlivosťou, podľa § 243a ods. 2 ObZ. Priama príčinná súvislosť medzi škodou, ktorá navrhovateľke vznikla, vyplýva z nedbanlivostného konania družstva a obchodníka s cennými papiermi, teda iného subjektu ako je odporca. Podľa názoru súdu prvého stupňa družstvo malo vedomosť o nehospodárnom konaní obchodníka s cennými papiermi, pretože C.. K. L. bol v tom istom čase členom predstavenstva družstva (23.3.2000 do 5.12.2000), podpredsedom predstavenstva družstva (6.12.2000 - 15.1.2001) a predsedom predstavenstva družstva (16.1.2001 do 9.4.2008), a zároveň predsedom predstavenstva obchodníka s cennými papiermi (9.1.2002 - 27.11.2003) a členom dozornej rady (28.11.2003-13.5.2008). C.. K. L.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 a družstvo neinformoval, nesie zodpovednosť za následky svojho konania. Medzi konaním odporcu a škodou, ktorá navrhovateľke vznikla, preto podľa záverov súdu prvého stupňa nemôže existovať ani priama príčinná súvislosť. Na základe toho nie je splnená ani tretia podmienka pre vyvodenie zodpovednosti voči štátu. Rozhodnutie o trovách konania odôvodnil právne ust. § 142 ods. 1 O.s.p. a vecne plným úspechom odporcu, ktorému náhradu trov konania nepriznal, nakoľko si ich náhradu neuplatnil a v konaní mu ani žiadne nevznikli. Proti tomuto rozsudku podala navrhovateľka prostredníctvom svojho právneho zástupcu včas odvolanie a žiadala napadnutý rozsudok zmeniť a jej návrhu vo veci samej vyhovieť, resp. rozsudok súdu prvého stupňa zrušiť a vec vrátiť na ďalšie konanie. Zároveň žiadala priznať náhradu trov konania. V odvolaní uviedla, že podľa ustálenej judikatúry sa spoliehala na predvídateľnosť súdneho rozhodnutia, ktoré je podľa jej názoru arbitrárne a svojvoľné. Vo vzťahu k rozhodnutiu vo veci samej uviedla, že Národná banka Slovenska zanedbávala svoje povinnosti pri výkone dohľadu nad Družstvom aj obchodníkom s cennými papiermi minimálne od roku 2007. Poukázala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Poukázala na skutočnosť, že v konaní vedenom na Okresnom súde Bratislava I pod sp. zn. 7C 206/2011 bolo výpoveďou svedka C.. K. L., N..,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bola navyše, či už členom predstavenstva alebo konateľom, C.. G. Č., vtedajší predseda predstavenstva obchodníka. Uviedla,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navrhovateľom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Vo svojom odvolaní ďalej uviedla, že Národná banka Slovenska rozhodnutím č. ODT-10890-4/2010 zo dňa 30.05.2011, právoplatným dňa 18.07.2011,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Uviedla, že žiadna platná právna norma neumožňuje vysloviť záver o predčasnosti podania návrhu, a to ani vtedy, ak navrhovateľka doposiaľ nemala možnosť vymôcť plnenie od subjektu, ktorý jediný je podľa názoru odporcu a prvostupňového súdu povinný, jej dané plnenie vrátiť, s tým, že ani zák.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nej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Namietala tiež, že zo zápisníc o pojednávaní pred prvostupňovým súdom vyplýva, že listinné dôkazy vyžiadané prvostupňovým súdom, resp. predložené účastníkmi konania neboli riadne vykonané spôsobom podľa ust. § 129 ods. 1 O.s.p. (s poukazom na uznesenie Najvyššieho súdu Slovenskej republiky sp. zn. 6MCdo 11/2010 zo dňa 31.01.2012). Odporca vo svojom vyjadrení k odvolaniu navrhovateľky žiadal rozsudok súdu prvého stupňa v napadnutých častiach potvrdiť, keď mal za to, že súd prvého stupňa vykonal vo veci rozsiahle dokazovanie za účelom spoľahlivého zistenia skutkového (navrhnuté navrhovateľkou) a právneho stavu veci, riadne zabezpečil dôkazné listiny, a z iných súdnych konaní v skutkovo a právne identických veciach mal k dispozícii všetky pre vec podstatné a rozhodujúce písomné listinné dôkazy, a tiež 11 právoplatných rozhodnutí vydaných odporcom, z ktorých je jeho úradný postup preukázaný. Nesúhlasil s tvrdením navrhovateľky, že je povinnosťou všeobecného súdu dať odpoveď na všetky otázky nastolené účastníkom konania (pričom ani nešpecifikovala, na ktoré otázky nedostala odpoveď),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Mal za to, že navrhovateľ sa účelovo snaží dodatočne navrhovať vykonanie ďalších právne irelevantných dôkazov, ktoré iba oddiaľujú vydanie rozhodnutia vo veci, a zároveň sa snaží vyfabulovať fiktívnu existenciu jeho údajného nesprávneho postupu a tiež fikciu, kedy sa tak stalo, pretože údajný nesprávny úradný postup nebol preukázaný a neexistuje. Poukázal na to, že navrhovateľka nevyužila všetky možnosti na uplatnenie a vymoženie svojho nároku, pretože nepodala žiadny návrh proti členom predstavenstva ani členom kontrolnej komisie Družstva, ktorí boli zodpovední za jeho riadenie, za hospodárenie a nakladanie s jej majetkom. Ohľadom navrhovateľkou v odvolaní tvrdeného zanedbania jeho povinností pri dohľade nad Družstvom a obchodníkom s cennými papiermi uviedol,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investícií, a teda až odvtedy mohla Národná banka Slovenska dohliadať, či Družstvo schválený Prospekt investícií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investícií,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navrhovateľky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Zdôraznil, že z vykonaného dokazovania jednoznačne vyplynulo, že navrhovateľka nepreukázala, že sa bezúspešne domáhala vydania svojej pohľadávky od dlžníka, teda Družstva, keďže stále je účastníčkou prebiehajúceho konkurzného konania. V tejto súvislosti poukázal na odôvodnenie nálezu Ústavného súdu SR, č.k. II. ÚS 165/2012-45 zo dňa 13.02.2013, podľa ktorého, kým má navrhovateľka pohľadávku na vydanie bezdôvodného obohatenia voči tomu, kto ho získal, resp. kým nepreukázala bezúspešné domáhanie sa vydania tohto obohatenia, nie je daný základný predpoklad zodpovednosti štátu za škodu podľa zák. č. 58/1969 Zb., a to existencia samotnej škody. Aktuálne podľa neho nemožno ani odhadnúť výšku škody navrhovateľky, keďže vznik škody a jej výška závisia od výsledku konkurzného konania, teda škoda môže navrhovateľke vzniknúť až po jeho ukončení. Škoda totiž podľa neho nevzniká v okamihu splatnosti pohľadávky a ani v okamihu omeškania dlžníka, ale mohla by vzniknúť okamihom, keď sa právo veriteľa stalo fakticky nevymáhateľným (III.ÚS 361/09 z 26.11.2009).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Krajský súd v Bratislave ako súd odvolací (§ 10 ods. 1 O.s.p) prejednal vec podľa § 212 ods. 1 O.s.p. bez pojednávania podľa § 214 ods. 2 O.s.p., postupom podľa § 156 ods. 3 O.s.p., a dospel k záveru, že odvolanie navrhovateľky nie je dôvodné. Súd prvého stupňa riadne zistil skutkový stav veci, keď vykonal dokazovanie v rozsahu potrebnom na zistenie rozhodujúcich skutočností (§ 120 ods. 1 O.s.p.) z hľadiska posúdenia opodstatnenosti návrhu navrhovateľky na náhradu škody spôsobenej nesprávnym úradným postupom orgánu verejnej moci, výsledky vykonaného dokazovania správne zhodnotil (§ 132 O.s.p.), a na ich základe dospel k správnym skutkovým a právnym záverom, ktoré v napadnutom rozhodnutí aj náležite a veľmi podrobne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napadnutých výrokov rozsudku súdu prvého stupňa, ktorými súd prvého stupňa zamietol návrh navrhovateľky na prerušenie konania, ako aj návrh uplatnený navrhovateľom na náhradu škody, spôsobenej jej nesprávnym úradným postupom Národnej banky Slovenska pri výkone dohľadu nad Družstvom. Z obsahu spisu vyplýva, že navrhovateľka bola členom PODIELOVÉHO DRUŽSTVA SLOVENSKÉ INVESTÍCIE, Poľná č. 1, Bratislava, IČO: 35 784 717 (ďalej „Družstvo“), toho času v konkurze vyhlásenom uznesením Okresného súdu Bratislava I zo dňa 11.04.2011, č.k. 3K 95/2010-21, právoplatným dňa 05.05.2011, s členským podielom v žalovanej sume, ktorá mu Družstvom nebola vyplatená, a ktorú si uplatnila voči Družstvu v konkurze. Zo súdom prvého stupňa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 z. a ust. § 125c ods. 1 v spojení s § 127 ods. 4 zák. č. 566/2001 Z.z. o cenných papieroch a investičných službách. V posudzovanej veci sa navrhovateľka návrhom domáhala uloženia povinnosti odporcovi zaplatiť jej škodu, ktorá jej mala vzniknúť v príčinnej súvislosti s nesprávnym úradným postupom Národnej banky Slovenska, špecifikovanom v návrhu na začatie konania a jeho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navrhovateľka nemohla rozpoznať riziko svojej investície už skôr, najmä po zisteniach, že obchodník s cennými papiermi poskytol Družstvu investičnú službu, ktorú mu poskytovať nemohol. V posudzovanej veci sa teda navrhovateľka voči štátu domáha náhrady škody, ktorá jej mala byť spôsobená nesprávnym úradným postupom Národnej banky Slovenska podľa zák. č. 514/2003 Z.z. o zodpovednosti za škodu spôsobenú pri výkone verejnej moci a o zmene niektorých zákonov. Hmotnoprávnym základom pre uplatnenie práva navrhovateľa na náhradu škody je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navrhovateľka si musela byť vedomá toho, že s jej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navrhovateľka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Nebolo možné sa stotožniť ani s námietkou navrhovateľky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navrhovateľka tvrdený nesprávny úradný postup odporcu v konaní nepreukázala.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navrhovateľka bol členkou Družstva, ktoré je v súčasnosti v konkurze, vyhlásenom uznesením Okresného súdu Bratislava I zo dňa 11.04.2011, č.k. 3K 95/2010-21, právoplatným dňa 05.05.2011. Súd prvého stupňa správne vyhodnotil, že navrhovateľka v konaní neuniesla dôkazné bremeno, keď nepreukázala zánik jej členstva v Družstve. Nepreukázala potom ani vznik nároku na vyplatenie vyrovnacieho podielu, ktorý by mal predstavovať jej voči odporcovi uplatnenú škodu. Správny je aj jeho záver, že i keby navrhovateľka hodnoverným spôsobom zánik jej členstva v Družstve preukázala, nepreukázala by vznik škody, pretože nepreukázala bezúspešné domáhanie sa úhrady pohľadávky voči dlžníkovi, teda Družstvu, s ktorým bola v právnom vzťahu, a ktoré je vo vzťahu k nej v pozícii dlžníka povinného jej vydať získaný prospech v podobe vyrovnacieho podielu. Kým teda nepreukázala bezúspešné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navrhovateľky, rozporujúce záver súdu prvého stupňa o predčasnosti podanej žaloby, ako nedôvodné. Nebolo možné sa stotožniť ani s námietkou navrhovateľky v podanom odvolaní, týkajúcou sa údajného procesného pochybenia súdu prvého stupňa, ktorý na pojednávaní nevykonal dokazovanie listinnými dôkazmi predpísaným spôsobom, nakoľko z obsahu zápisníc o pojednávaní pred prvostupňovým súdom vyplýva, že súd prvého stupňa účastníkov riadne oboznámil s obsahom listinných dôkazov na pojednávaní dňa 22.9.2014, po ktorom právne zástupkyne oboch procesných strán poučil podľa § 120 ods. 4 OSP, s tým, že tieto následne uviedli, že ďalšie návrhy na doplnenie dokazovania nemajú. Navrhovateľkou vytýkané procesné pochybenie súdu prvého stupňa, ktoré malo spočívať v riadnom nevykonaní dokazovania nevyhnutného k preukázaniu rozhodujúcich skutočností, spôsobom uvedeným v ust. § 129 ods.1 O.s.p., teda nebolo odvolacím súdom zistené . S poukazom na citované ustanovenie a za stavu, keď súd prvého stupňa v danom prípade v potrebnom rozsahu pre rozhodnutie vo veci samej zistil skutkový stav, vykonaním potrebných a účastníkmi navrhnutých dôkazov, a keď navrhovateľ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napadnutom rozsahu ako vecne správny podľa ust. § 219 ods. 1 a 2 O.s.p. potvrdil. Napadnutým uznesením č.k. 25C 204//2011-193 zo dňa 25. 03. 2014 súd prvého stupňa uložil navrhovateľke povinnosť do 10 dní od doručenia uznesenia zaplatiť súdny poplatok za odvolanie proti rozsudku vo výške 20 eur s tým, že poplatok bol vyrubený podľa ust. § 6 ods. 2 zák. č. 71/1992 Zb. a položky č. 7a Sadzobníka súdnych poplatkov. Proti tomuto rozhodnutiu podala navrhovateľka prostredníctvom svojho právneho zástupcu včas odvolanie, žiadala napadnuté uznesenie súdu prvého stupňa zrušiť a konanie o vyrúbenie súdneho poplatku zastaviť. S poukazom na ust. § 4 ods. 1 písm. k) zákona č. 71/1992 Zb., účinného do 01.10.2012 a na ust. § 18ca zákona č. 71/1992 Zb., účinného k 01.10.2012, namietala uloženie povinnosti zaplatiť súdny poplatok za odvolanie vzhľadom na to, že predmetom konania je nárok navrhovateľky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poplatkov, účinného do 01.10.2012, teda aj k vyrubenému poplatku. Mala za to, že napadnuté uznesenie súdu prvého stupňa spočíva na nesprávnom právnom posúdení veci. Odvolací súd, ktorý bol viazaný rozsahom a dôvodmi odvolania (§ 212 ods. 1 O.s.p. ), preskúmal napadnuté uznesenie, prejednal odvolanie bez nariadenia pojednávania podľa § 214 ods. 2 O.s.p. a dospel k záveru, že odvolanie navrhovateľky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navrhovateľke povinnosť zaplatiť súdny poplatok za odvolanie proti rozsudku, aplikoval správny právny predpis a správne ho aj vyložil, správne označil položku Sadzobníka súdnych poplatkov, podľa ktorej súdny poplatok vyrubil, a súdny poplatok bol navrhovateľke vyrubený aj v správnej výške. Postup súdu prvého stupňa, ktorý rozhodol o povinnosti navrhovateľky zaplatiť súdny poplatok za odvolanie, bol preto správny. Odvolacie námietky navrhovateľky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navrhovateľke poplatková povinnosť za podané odvolanie proti rozsudku vznikla. Navrhovateľka by nebol povinný zaplatiť poplatok za odvolanie (i s poukazom na ust. § 6 ods. 2 prvá veta zák. č. 71/1992 Zb.) iba v prípade, ak by odvolanie podal pred 30. septembrom 2012. Odvolanie však podala dňa 6.11.2014, z čoho vyplýva, že odvolacie konanie sa začalo za účinnosti zák. č. 71/1992 Zb. v znení zák. č. 286/2012 Z.z.. Preto postupoval súd prvého stupňa správne, ak jej napadnutým uznesením uložil povinnosť zaplatiť poplatok za odvolanie v zmysle pol. 7a Sadzobníka súdnych poplatkov, účinnej v čase vzniku poplatkovej povinnosti, pričom poplatok vyrúbil aj v správnej výške 20 eur. Z týchto dôvodov odvolací súd napadnuté uznesenie podľa § 219 ods. 1 O.s.p. ako vecne správne potvrdil. O trovách odvolacieho konania rozhodol podľa ust. § 142 ods. 1 v spojení s § 224 ods. 1 O.s.p. a ich náhradu úspešnému odporcovi nepriznal, pretože si právo na ich náhradu neuplatnil (ust. § 151 ods. 1 O.s.p.). Toto rozhodnutie bolo prijaté senátom Krajského súdu v Bratislave pomerom hlasov 3:0. Poučenie: Proti tomuto rozsudku odvolanie nie je prípustné.</w:t>
      </w:r>
    </w:p>
    <w:p/>
    <w:p>
      <w:r>
        <w:t>Zdroj: KAUZIS.SK – https://www.kauzis.sk/judikatura/r/ECLI:SK:KSBA:2016:1015892951.1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