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4Co/52/2015 z 28. 6. 2016</w:t>
      </w:r>
    </w:p>
    <w:p>
      <w:r>
        <w:t>Rozsudok Krajského súdu Bratislava z 28. júna 2016, sp. zn. 4Co/52/2015, ECLI:SK:KSBA:2016:1015893244.2</w:t>
      </w:r>
    </w:p>
    <w:p>
      <w:r>
        <w:t>Súd: Krajský súd Bratislava</w:t>
      </w:r>
    </w:p>
    <w:p>
      <w:r>
        <w:t>Spisová značka: 4Co/52/2015</w:t>
      </w:r>
    </w:p>
    <w:p>
      <w:r>
        <w:t>ECLI: ECLI:SK:KSBA:2016:1015893244.2</w:t>
      </w:r>
    </w:p>
    <w:p>
      <w:r>
        <w:t>Dátum vydania: 28. 6. 2016</w:t>
      </w:r>
    </w:p>
    <w:p>
      <w:r>
        <w:t>Forma: Rozsudok</w:t>
      </w:r>
    </w:p>
    <w:p>
      <w:r>
        <w:t>Oblasť práva: Občianske právo</w:t>
      </w:r>
    </w:p>
    <w:p>
      <w:pPr>
        <w:pStyle w:val="Heading2"/>
      </w:pPr>
      <w:r>
        <w:t>Text rozhodnutia</w:t>
      </w:r>
    </w:p>
    <w:p>
      <w:r>
        <w:t>Súd: Krajský súd Bratislava Spisová značka: 4Co/52/2015 Identifikačné číslo súdneho spisu: 1015893244 Dátum vydania rozhodnutia: 29. 06. 2016 Meno a priezvisko sudcu, VSÚ: JUDr. Valéria Kleinová ECLI: ECLI:SK:KSBA:2016:1015893244.2 ROZSUDOK V MENE SLOVENSKEJ REPUBLIKY Krajský súd v Bratislave v senáte zloženom z predsedníčky senátu JUDr. Valérie Kleinovej a členov senátu Mgr. Ingrid Degmovej Pospíšilovej a JUDr. Ondreja Krajča v právnej veci navrhovateľa: Z. A., bytom L. X, K., zast. Mgr. Vladimírom Šárnikom, advokátom, Západný rad 39, Bratislava proti odporcovi: SLOVAK-SOL spol. s r.o., IČO: 17 313 546, Opavská 26, Bratislava, o náhradu škody, na odvolanie navrhovateľa proti rozsudku Okresného súdu Bratislava III zo dňa 16. októbra 2014 č.k. 34C 83/2000-537, takto r o z h o d o l : Odvolací súd rozsudok súdu prvého stupňa v napadnutej zamietajúcej časti, ako aj v trovách konania potvrdzuje. Odporcovi nepriznáva náhradu trov odvolacieho konania. o d ô v o d n e n i e : Napadnutým rozsudkom súd prvého stupňa uložil odporcovi povinnosť zaplatiť navrhovateľovi sumu 3.958,90 eur so 17,6 % ročným úrokom z omeškania od 29.08.2000 do zaplatenia do troch dní od právoplatnosti tohto rozsudku. V zostávajúcej časti súd návrh zamietol a žiadnemu z účastníkov nepriznal právo na náhradu trov konania s tým že o trovách štátu rozhodne samostatným uznesením. Vykonal vo veci dokazovanie výsluchom účastníkov konania, výsluchom znalca Ing. O. A., nariadil vo veci znalecké dokazovanie a na ich základe sa súd oboznámil so znaleckými posudkami RNDr. O. C. PhD. č. XX/XX zo dňa 23.12.2003, Ing. O. A. č. XX/XXXX zo dňa 22.7.2008 a kontrolným znaleckým posudkom Ústavu súdneho inžinierstva Žilinskej univerzity v Žiline č. 195/2012 zo dňa 3.12.2012, oboznámil sa ďalej z listinnými dokladmi: LV č. XXXX, č. XXXX, XXXX k.ú. Z., Kúpnou zmluvou zo dňa 14.4.1986, registrovanej Štátnym notárstvom Bratislava III č. RI 56/86 zo dňa 6.6.1986, rozvodovým rozsudkom navrhovateľa Okresného súdu Bratislava V č. 11C 210/92-26 zo dňa 26.8.1994, výpisom z obchodného registra odporcu, kópiou z Katastrálnej mapy, Záznamom odporcu zo stretnutia s navrhovateľom z jari 1998, listom Slovenskej agentúry životného prostredia Banská Bystrica zo dňa 29.3.1999 adresovaným Okresnému úradu Bratislava III, odbor životné prostredie, Protokolom o analýze vzorky č. 1900/1999 na M. XX zo dňa 26.5.1999, faktúrou vystavenou Vodárňami a kanalizáciami Bratislava š.p. navrhovateľovi za rozbor vody zo dňa 10.6.1999, odborným posudkom Ing. W. B., CSc. č. X/XX zo dňa 25.4.1999, znaleckým posudkom Ing. M. O. č. XX/XX, znaleckým posudkom Ing. V. A., CSc. č. XX/XXXX z mája - júna 1999 s vyúčtovaním znaleckého posudku zo dňa 31.5.1999, znaleckým posudkom Ing. M. U. č. X/XX zo dňa 6.6.1999 s príjmovým pokladničným dokladom, stanoviskom odporcu k riešeniu úpravy účelovej komunikácie Pod Viaduktom nad M. ulicou zo dňa 17.6.1999, listom odporcu adresovaným navrhovateľovi zo dňa 14.7.1999, Záznamom Okresného úradu Bratislava III k sťažnosti P. R. a navrhovateľa zo dňa 20.11.1998, stanoviskom MČ Bratislava Nové mesto č. OPŽP-563/98 zo dňa 6.4.1998 k výrubu porastov, stanoviskom Okresného úradu Bratislava III, odbor životného prostredia č.98/05666-150/151- Ing. KFA zo dňa 4.5.1998 k príprave územia pred začatím výstavby, rozhodnutím Okresného úradu Bratislava III, odbor životného prostredia č. 98/07843-150/151-KFA zo dňa 8.7.1998, Stavebným povolením č. 98/05666-150/151- Ing.KFA zo dňa 24.7.1998, oznámením Okresného úradu Bratislava III, odbor životného prostredia č. 2001/4850-150/151-EDA zo dňa 26.2.2001 adresovaného odporcovi, Stavebným povolením č. 2000/19312-150/151-EDA-8 zo dňa 22.3.2001, prehlásením odporcu zo dňa 13.12.2003, Záznamom z komisionálnej obhliadky zo dňa 7.4.2003, Oznámením Slovenskej inšpekcie životného prostredia č. 136/ SI/Ba-Ko/02 zo dňa 8.4.2003 o výsledku šetrenia sťažnosti navrhovateľa na stavebnú činnosť odporcu v lokalite C. - I. C., Protokolmi Slovenskej inšpekcie životného prostredia č. 136/ZSI/Ba-Ko/02 zo dňa 17.1.2003 a zo dňa 11.12.2002 o výsledku hĺbkovej kontroly, Zápisnicou Slovenskej inšpekcie životného prostredia č. 136/SI/Ba-Ko/02 zo dňa 7.4.2003, Potvrdením Bratislavskej vodárenskej spoločnosti a.s. zo dňa 4.4.2014 o zmluvnom vzťahu s navrhovateľom od 1.8.1996, Zmluvou o združenej dodávke elektriny na odberné miesto M. XX, Bratislava s navrhovateľom zo dňa 7.1.1971. Z LV č. XXXX kat. úz. Z. súd zistil, že navrhovateľ je bezpodielovým spoluvlastníkom s M. A. nehnuteľností rodinného domu súp. č. XX postaveného na parcele č. XXXX/X, ako i parciel č. XXXX/ X zast. plochy a nádvoria o výmere 120m2 a parc. č. XXXX zast. plochy a nádvoria o výmere 59 m2. Predmetné nehnuteľnosti nadobudol navrhovateľ s manželkou na základe Kúpnej zmluvy zo dňa 14.04.1986, registrovanej Štátnym notárstvom Bratislava 3 pod č. RI 56/86 dňa 6.6.1986. Podľa LV č. XXXX kat. úz. Z. navrhovateľ je výlučným vlastníkom parcely č. XXXX/X záhrady o výmere 1047 m2. Rozsudkom Okresného súdu Bratislava V č.k. 11C 210/92-26 zo dňa 26.08.1994, právoplatné 17.05.1995 bolo manželstvo navrhovateľa a M. A. rozvedené. Z Odborného posudku Ing. W. B.Á., CSc., samostatnej vedeckej pracovníčky SAV Zvolen, Ústav ekológie lesa č. X/XX zo dňa 25.04.1999 vypracovaného na žiadosť objednávateľa Slovenskej agentúry životného prostredia Banská Bystrica k vyjadreniu sa odumierania jedlých gaštanov zistil, že stromy na parcele navrhovateľa rastúce v spodnej časti záhrady na rovnom teréne sú oslabené v dôsledku pestovania v nevhodných podmienkach. Terén je trvale zamokrený, v dôsledku čoho odumreli korene, cez rany po odumretých koreňoch sú stromy infikované hubami. Terén je trvale zamokrený v dôsledku neregulovaného potoka, ktorý tečie medzi cestou a záhradami. Zamokrenie pôdy je intenzívne i na miernom svahu cca 4-5 m vysokom v záhrade, čím sú oslabené a poškodené aj tieto stromy. Stromy v tretej časti záhrady v gaštanovom sade nie sú poškodené vodou z neregulovaného potoka. Z týchto dôvodov Ing. B., CSc. doporučila dbať na maximálnu ochranu koreňového systému, nakoľko ak sa porušia korene, stromy sú oslabené a dôjde následne k ich usychaniu. Z listu Slovenskej agentúry životného prostredia Banská Bystrica č.j. COPK/BL/65/99 zo dňa 29.03.1999 adresovaného Okresnému úradu Bratislava III, odbor ŽP ohľadne stanoviska k listu navrhovateľa zistil, že po terénnej obhliadke bolo zistené, že pozemok navrhovateľa sa nachádza v tesnej blízkosti M. ul. V roku 1997 po preklonení potoka na jeho susedné parcely došlo k výraznému podmáčaniu hlavne v spodnej časti záhrady navrhovateľa. Došlo k vyhynutiu 8 ks gaštana jedlého a 2 ks jabloní. Na existujúcich stromoch sa v spodnej časti kmeňa v dôsledku oslabenia podmáčaním nachádzali plodnice húb. V dôsledku podmáčania i možného znečistenia vody došlo teda k odumretiu uvedených stromov a ohrozené sú aj gaštany jedlé rastúce v svahu priamo na podmáčanou rovinatou plošinkou. Úhyn gaštanov z dôvodu podmáčania vo vyšších partiách svahu je nepravdepodobný. Z Protokolu o analýze vzorky vystavenej Vodárňami a kanalizáciami Bratislava, š.p. č. 1900/1999 zo dňa 26.05.1999 z odberného miesta M. XX, K.- C. zistil, že vzorka vody nevyhovuje hygienickým požiadavkách STN 75 7111. Pitná voda pre individuálne zásobovanie obsahuje chemické ukazovatele. Z faktúry zo dňa 10.06.1999 vystavenej Vodárňami a kanalizáciami Bratislava, š.p. navrhovateľovi zistil, že tomuto bola vystavená faktúra za rozbor pitnej vody a posudok vo výške 88,16 eur, ktorú sumu navrhovateľ uhradil dňa 25.06.1999. Podľa stanoviska Mestskej časti Bratislava - Nové Mesto, č. ÚPŽP-563/98 zo dňa 06.04.1998 adresovaného odporcovi MČ súhlasila s výrubom 1ks hrušky, 2 ks sliviek na parcelách č. XXXX až XXXX za podmienky zrealizovania náhradnej výsadby v počte 6 ks stromov určených EKO - podnikom verejnoprospešných služieb. K výrubu 1 ks gaštana odporcovi súhlas udelený nebol. Zo znaleckého posudku Ing. M. O., znalca z odboru poľnohospodárstvo č. 16/99 zo dňa 17.06.1999 súd prvého stupňa zistil, že na základe výpovede poškodených, obhliadok a preštudovaní listín bola spôsobená škoda rozšírením cesty M. ul. smerom k parc. č. XXXX/2 až 5 došlo k posunu koryta potoka parc. č. XXXXX/X k.ú. Z. i do územia predmetného pozemku. Nové presunuté koryto potoka nebolo dostatočne prehĺbené, je zanesené komunálnym a stavebným odpadom, čo spôsobilo zdvihnutie hladiny spodnej vody, ale najmä, že do marca 1999 voda voľne pretekala cez parc. č. XXXX/X až 7. Vo februári 1999 došlo k čiastočnej úprave koryta, čo však nezamedzilo trvalému podmáčaniu pozemku a jeho obhospodarovaniu. Nahrnutím stavebnej sute pri rozširovaní cesty smerom k oploteniu došlo k poškodeniu živého oplotenia a zamedzenia prístupu navrhovateľa na pozemok. V dôsledku trvalého podmáčania a fyzického poškodenia na parcele navrhovateľa č. XXXX/X záhrade v kat. úz. Z. v jeho spodnej časti od začiatku roka 1998 na ploche 200m2, ako i nahrnutím stavebnej sute na živý plot došlo k nasledovným škodám: - poškodeniu trvalých porastov, nakoľko ovocné trvalé porasty v spodnej časti záhrady odumierajú z titulu trvalého podmáčania, čím došlo k úhynu 1 ks gaštana 15 ročného, 1 ks gaštana 60 ročného, 1 ks orecha vlašského 15 ročného, 10 ks ríbezlí 6 ročných. Výšku škody na uvedených porastoch znalec vyčíslil celkovou sumou 1.909,64 eur (57.530,- Sk) t.j. 852,41 eur + 155,34 eur + 832,73 eur + 69,14 eur - pozemok v spodnej časti záhrady cca 200m2 nemohol byť v roku 1998 - 1999 pre jeho trvalé podmáčanie poľnohospodársky využívaný, preto náhradu znalec vyčíslil na 66,38 eur - trvalým podmáčaním cca 200m2 pozemku, nánosom hliny a iného odpadu došlo k poškodeniu kultúrnej vrstvy pozemku, jeho prinavrátenie do pôvodného úrodného stavu vyžaduje vykonať technickú a biologickú rekultiváciu vo forme odstránenia nánosu a zapravenia organickej hmoty a živín do pôdy. Výšku škody znalec vyčíslil sumou 132,77 eur - v spodnej časti záhrady sa nachádza kopaná studňa do hĺbky 2,5m vo veku 45 rokov. Hladina spodnej vody pri obhliadku v porovnaní s okolitým terénom bola 0,9m, čo svedčí o zvýšenej hladine spodnej vody, a tým aj priesak z vedľajšieho potoka. Rozborom vody sa konštatovalo znečistenie fekálnymi streptokokmi, závadnosť vody, nepoužiteľnosť pre zalievanie. Zostatkovú hodnotu studne znalec vyčíslil na sumu 70,03 eur - rozširovaním cesty a presunom potoka došlo k poškodeniu živého oplotenia a oceľových drôtov pri celkovej dĺžke oplotenia 18,1m a veku 10 rokov. Hodnotu živého plotu znalec vyčíslil sumou 72,03 eur. Celkovú výšku škody na parc. č. XXXX/X znalec vyčíslil na sumu 2.250,87 eur (67.810,- Sk). Znalec Ing. M. O. vystavil navrhovateľovi faktúru za vypracovanie znaleckého posudku č. 16/1999 vo výške 79,66 eur. Zo znaleckého posudku Ing. V. A. CSc. č. XX/XXXX z mája - júna 1999 vypracovaného za účelom posúdenia statiky domu navrhovateľa na parc. č. XXXX kat. úz. Z., návrhu na sanovanie porušenej budovy a návrhu opatrení na odvedenie povrchových vôd za účelom zabránenia negatívnych dopadov na rodinný dom navrhovateľa zistil, že zásahy do okolia rodinného domu na parc. č. XXXX mali negatívny vplyv na jeho podložie. V ich dôsledku boli povrchové vody trvale usmernené do záhrady rodinného domu, kde ohrozujú samotné základy, ktoré tvoria prekážku v jej odtekaní. Tento stav bol podstatne zhoršený vyvýšením nivelity lesnej cesty a následným znefunkčnením drenáže. Ťažká nákladná doprava v tesnej blízkosti parcely mala negatívny vplyv na podložie už aj tak záporne ovplyvnené trvalým presýtením dažďovou vodou. Otrasy od ťažkých nákladných vozidiel mali škodlivý vplyv (mohli mať horší), čo vyústilo do súčasných porúch na dome. Vtedajší stav rodinného domu (r. 1999) nie je kritický, hoci je poškodený. Pretrvávaním súčasných podmienok sa môže jeho stav zhoršovať. V závere posudku znalec ustálil, že poškodenie budovy nastalo v dôsledku kombinovaného pôsobenia. Začiatky negatívnych vplyvov siahajú do 80-tych rokov vybudovaním skládky výkopového materiálu zo stavby vodojemu Na P.. Vybudovaním drenáže a ochranného valu svojpomocnými akciami sa čiastočne zmiernil účinok presakujúcej povrchovej vody, k zhoršeniu došlo výstavbou 11 podlažného domu v roku 1998 v susedstve parcely navrhovateľa, keď vyvýšením nivelity lesnej cesty a následnej premávke ťažkými nákladnými autami nastalo vytláčanie podložia, upchatie drenážneho systému a znefunkčnenie vsakovacej jamy. Tieto faktory spolu s otrasmi spôsobenými premávkou viedli ku vzniku trhlín na budove, k čomu prispeli aj objemové zmeny vodou nasýteného podložia v zimnom období. V tom období vyhotovenia znaleckého posudku, poškodenie rodinného domu nebolo kritické, ale bolo treba urýchlene zabrániť pokračujúcim negatívnym vplyvom. Opatrenia na zamedzenie postupu porúch na rodinnom dome postavenom na parc. č. XXXX, návrh na sanovania stavby špecifikoval znalec potrebou: - znížiť nivelitu lesnej cesty na pôvodnú úroveň a jej spevnený povrch spádovať do drenáže - obnoviť funkciu drenáže a vsakovacej jamy - pri zaústení lesnej cesty do ul. Na P.G. spádovať jej povrch tak, aby dažďové vody stekali do mestskej kanalizácie - svahovanie násypu zo stavby vodojemu upraviť tak, aby sa zredukoval na minimum odtok povrchových vôd smerom k parc. č. XXXX - zamedziť pohyb nákladných vozidiel po lesnej ceste. Týmito opatreniami sa obnoví pôvodná stabilita svahu a obmedzí sa škodlivý účinok premŕzania podložia budovy v zimnom období. Z vyúčtovania znalečného Ing. V. A., CSc. zo dňa 31.05.1999 vystaveného navrhovateľovi súd zistil, že navrhovateľovi bolo za vypracovanie znaleckého posudku č. 03/99 vyúčtované znalečné 323,64 eur, ktorú sumu navrhovateľ uhradil znalcovi dňa 02.06.1999. Zo znaleckého posudku Ing. M. U. č. XXX/XX zo dňa 06.06.1999 vypracovaného za účelom vyčíslenia spôsobených škôd spôsobených využívaním lesnej cesty vedúcej popri hranici parc. č. XXXX, posúdenia domu na M. XX v K. postaveného na parc. č. XXXX zistil, že znalec vychádzal z príčin a popisu porúch na rodinnom dome uvedené a popísané v znaleckom posudku Ing. A., CSc., ktoré považoval za jednoznačné. Objekt bol pôvodne situovaný v úrovni komunikácie, avšak stavebnými úpravami na komunikácii sa postupne dostal pod úroveň cesty cca 1,6 m. Tieto úpravy spôsobili znehodnotenie a využiteľnosti vstupu do objektu. Využitie garáže, ktorá bola pôvodne realizovaná ako prístavba domu je úplne znemožnená. Presmerovanie vodného režimu dažďových vôd je spôsobené stále zaplavovanie pozemku a vytváranie piesčitých náplav. Trhliny vytvorené na objekte vrátane deformácie strechy sú vadou estetickou, ale neodstránením ich príčin vzniku môžu viesť k úplnému znehodnoteniu objektu a tým k znemožneniu jeho využívania. Náklady na uvedenie objektu bez spracovania podrobnej projektovej dokumentácie rekonštrukcie oporných stien, vytvorení povrchových odvodňovacích žľabov, drenážneho systému vrátane uvedenia objektu do funkčného stavu znalec vyčíslil len z objemových orientačných ukazovateľov: - náklady na projektovú dokumentáciu 2.439,75 eur - náklady na rekonštrukciu 24.895,43 eur, pričom rekonštrukcia pozostáva z výmeny omietok, podláh, vytvorenia stužujúcich vencov v rovine strechy a rekonštrukcie strechy. V nákladoch nie sú zahrnuté dopady na rekonštrukciu oporných stien, drenážneho systému a prestavba garáže, aby bola využiteľná. Z príjmového pokladničného dokladu č. ZN 004/99 zistil, že navrhovateľ za vypracovanie znaleckého posudku Ing. M. U. zaplatil sumu 69,70 eur dňa 09.07.1999. Zo stanoviska odporcu k riešeniu úpravy účelovej komunikácie pod viaduktom na M. ul. zo dňa 17.06.1999 zistil, že po prejednaní problematiky odporca pripustil čiastočnú zmenu nivelity tejto cesty v úseku nehnuteľností navrhovateľa, p. R., a p. Senka v dôsledku krátkodobého využitia komunikácie v septembri - októbri 1998. Na odstránenie vzniknutého závadného stavu sa odporca zaviazal vykonať úpravu nivelity cesty do pôvodného stavu a naviac skvalitnením povrchu tejto komunikácie makadamom v termíne do 30.09.1999. Zo záznamu Okresného úradu Bratislava III, odbor ŽP, z konania o sťažnosti navrhovateľa a O. R. zo dňa 20.11.1998 zistil, že na základe miestneho zisťovania vlastníkov pozemkov parc. č. XXXX/X Q. XXXX/X v lokalite C. - M. ul. v súvislosti s tokom potoka pretekajúcim pozemkami sťažovateľov v styku s komunikáciou M. ul. bolo zistené, že smerom do riečišťa potoka bola rozšírená časť plochy komunikácie v súvislosti s výstavbou bytového domu stavaného odporcom. Prietok potoka pod komunikáciou M. ul. vedený potrubím môže byť znížený v dôsledku znečistenia, príp. zmeny profilu prejazdom motorových vozidiel. Vo všeobecnosti možno konštatovať, že potok nie je udržiavaný a voľne preteká cez pozemky sťažovateľov. Podľa stanoviska vodohospodárskeho orgánu zmena riečišťa je dlhodobejšieho charakteru a nemohla byť vyvolaná len stavebnou činnosťou odporcu, keďže ide o prirodzený a neupravený vodný tok. Zástupcovia odporcu prehlásili, že v júni 1998 zabezpečili úpravu ochranného valu pred parcelami sťažovateľov, fyzicky odstránili spôsobenú škodu v hornej časti pozemku a vyplatili sťažovateľom odškodnenie. Z listu Okresného úradu Bratislava III, odbor ŽP č. 98/05666-150/151- Ing. KFA zo dňa 04.05.1998 zistil, že stavebný úrad nemal námietky a súhlasil s vykonaním prípravných prác súvisiacich s prípravou staveniska pre budúcu výstavbu bytového domu Rozvodná ul. Bratislava a inžinierskych sietí pred vydaním stavebného povolenia v prospech odporcu. Z Rozhodnutia Okresného úradu Bratislava III, ŽP č. 98/07843-150/151- Ing. KFA zo dňa 08.07.1998, právoplatné 10.07.1998 zistil, že odporcovi bolo povolené odstránenie stavby starého rodinného domu na parc. č. XXXX kat. úz. Z. na vlastné náklady za dodržania špecifikovaných podmienok. Zo stavebného povolenia Okresného úradu Bratislava III, odbor ŽP č. 98/05666-150/151- Ing. KFA zo dňa 24.07.1998, právoplatne 13.08.1998 zistil, že v prospech odporcu bolo vydané stavebné povolenie na stavbu Bytového domu - Rozvodná ul. - podzemné garáže, smetník, komunikácie a spevnené plochy na pozemkoch parc. č. XXXX/X,X; XXXX; XXXX; XXXX; XXXX; XXXX; XXXX kat. úz. Z.. Z listu Okresného úradu Bratislava III, odbor ŽP č. 2001/4850-150/151-EDA zo dňa 26.02.2001 súd zistil, že odporcovi bol udelený súhlas s odstránením navážky na parc. č. XXXX/X,XX,XX,XX. Z rozhodnutia Stavebné povolenie Okresného úradu Bratislava III, odbor ŽP č. 200/19312 - 150/151 - EDA -8 zo dňa 22.03.2001, právoplatné 13.06.2001 zistil, že bolo v prospech odporcu povolená stavby Polyfunkčného domu XX b.j. na Z. ulici v Bratislave na par. č. XXXX/X, XX, XX, XX kat. úz. Z.. Z Oznámenia Slovenskej inšpekcie ŽP, stavebný inšpektorát Bratislava č. 136/SI/Ba-Ko/02 zo dňa 08.04.2003 o výsledku šetrenia sťažnosti navrhovateľa na stavebnú činnosť odporcu v lokalite Kramáre - I. C. zistil, že na stavbách Polyfunkčného objektu Z. ul., Bytového domu P. ul. a prístavba garáží v Bratislave na Kramároch, ktorých stavebníkom je odporca, boli zistené nasledovné nedostatky: - stavba Polyfunkčného domu Z. ul. sa realizovala v rozpore s územnoplánovacou dokumentáciou I. C., nespĺňa záväzné podmienky územnoplánovacej dokumentácie v pomere plôch občianskej vybavenosti k ploche bytov, realizuje sa bez overenia projektovej dokumentácie v stavenou konaní v rozpore s územným a stavebným povolením. Silné pramene spodnej vody boli zistené v rámci hydrogeologického prieskumu RNDr. T. Z. č. XX/XX zo dňa 04.04.2001. Z dôvodu silných spodných vôd je potrebné okolo objektu vyhotoviť dokonalú drenáž a zachytené vody vyviesť do kanalizácie. Stavebník spodné vody neodviedol mimo staveniska, preto neodvedené spodné vody môžu prúdiť do nižšie položených miest. Kanalizácia v mieste M. ul. mala byť predmetom rekonštrukcie cesty, ale rekonštrukcia bola pozastavená z dôvodu námietok obyvateľov. Z Protokolu Slovenskej inšpekcie ŽP, stavebný inšpektorát Bratislava č. 136/2/Si/Ba ko/02 zo dňa 17.01.2003 o výsledku hĺbkovej kontroly dodržiavania ustanovení stavebného zákona č. 50/1976 Zb. stavebníkom - odporcom na stavbe Bytový dom - Rozvodná ul. v Bratislave zistil, že odporca ako stavebník: - nesplnil podmienky stanoviska Magistrátu hl. m. SR Bratislavy k investičnému zámeru stavebníka zo dňa 09.07.1998 - nepreukázal začlenenie Bytového domu na Rozvodnej do okolitej zástavby, začal s realizáciou zemných prác na stavbe pred vydaním stavebného povolenia - nesplnil podmienku OÚ Bratislava III, odbor ochrany prírody zo dňa 14.04.1998, keď vyrúbal gaštan 08.10.1998, ktorý mal počas realizácie stavby chrániť a nezabezpečil náhradnú výstavbu stanovenom termíne, čím porušil Zák. č. 287/1994 Zb. o ochrane prírody a krajiny - nesplnil podmienky OÚ Bratislava III uvedené vo vyjadrení zo dňa 21.05.1998, keď neriešil odkanalizovanie spevnených plôch, komunikácií a parkovísk predčistením ropných látok , čím porušil Zák č. 138/1973 Zb. o vodách a § 8 ods. 3 Vyhl. č. 83/1979 Zb., tieto odpadové vody nemožno vypúšťať do vsakovacej jamy, nezabezpečil ochranu existujúcich drevín - nesplnil podmienky záväzného stanoviska MČ Bratislava - Nové Mesto zo dňa 13.05.1998, nedodržal podmienky správcov inž. sietí - podmienku ZsEZ Bratislava vybudovať trafostanicu pred vydaním užívania stavby - nesplnil podmienku ZsEZ Bratislava zo dňa 14.11.1997 k realizácii stavby Bytový dom na Rozvodnej ul. tým, že požadovaný odber 540 KW je možné zabezpečiť len po vybudovaní murovanej trafostanice a 22kV káblovej slučky - predložil žiadosť na stavebné povolenie bez doriešenia majetkoprávneho vysporiadania parc. č. XXXX, čím porušil § 58 ods. 2 Stavebného zákona - porušil podmienku OÚ Bratislava III zo dňa 03.07.1997 tým, že nezabezpečil odvod odpadových dažďových vôd zo spevnených vôd do existujúceho odvodňovacieho rigolu alebo vpustí na M. ul. K stavebnému povoleniu je potrebný súhlas vodohospodárskeho orgánu pre novovybudované komunikácie a spevnené plochy, čím porušil Zák. č. 138/1974 Zb. o vodách - nesplnil podmienku vyjadrenia VaK Bratislava zo dňa 24.07.1998 na odvedenie povrchových vôd zo spevnených plôch už pri 5 parkovacích miestach cez lapač ropných látok a túto podmienku prekonzultovať s OÚ BA III - nezabezpečil stanovisko okresného hygienika k územnému a stavebnému konania v zmysle § 27 ods. 2 písm. a/ h/ Zák. č. 272/1994 Zb. o ochrane zdravia ľudí - nezabezpečil záväzné stanovisko Magistrátu v zmysle § 4 ods. 3 písm. d/ Zák. č. 369/1990 Zb. a čl. 6 pds- 1 písm. d/ Štatútu Hl. m. SR Bratislavy, § 58 ods. 1 Stavebného zákona, § 7 ods. 1 písm. b/ Vyhl. č. 85/1976 Zb., § 3 ods. 3 písm. c/ a § 8 ods. 2 písm. c/ Vyhl. č. 453/2000 Z. z. k zlúčenému stavebnému konania s územným konaním, k dodatočnému stavebnému povoleniu zmeny stavby pred jej dokončením a stavebnému povoleniu na prístavbu podzemných garáží - nesplnil záväzné podmienky stavebných rozhodnutí a rozhodnutí o zmene stavby pred jej dokončením - nedodržal podmienky dodatočného povolenia zmeny stavby zo dňa 04.04.200 a vyjadrenie OÚ Bratislava III zo dňa 23.06.1998 - osadenie a výšku stavby, počet b. j. zmenil z 53 na 57 - k rozhodnutiu OÚ Bratislava III zo dňa 30.04.2002 na prístavbu podzemných garáží nezabezpečil v zmysle Zák. č. 272/1994 Zb. o ochrane zdravia ľudí vyjadrenie okresného hygienika, stanoviska Ministerstva ŽO SR podľa § 10 Zák. č. 127/1994 Z.z. o vplyve na životné prostredie garáží - nepožiadal OÚ Bratislava III, odbor ŽP o predĺženie termínu ukončenia stavby, čím porušil § 66 Stavebného zákona - začal realizovať výkopové práce - zemné práce na prístavbe podzemných garáží pred nadobudnutím právoplatnosti stavebného povolenia, čím porušil § 54 Stavebného zákona - požiadal o kolaudáciu bytov napriek tomu, že nesplnil podmienku MČ Nové Mesto, Elektrární a stavebného povolenia na vybudovanie a skolaudovanie trafostanice pred kolaudáciou bytového domu - nepredložil požadované doklady ani v náhradných termínoch, čím porušil § 98 ods. 2 písm. c/ a §100 Stavebného zákona - nemal overenú projektovú dokumentáciu na stavbe v zmysle § 43i ods. 5 Stavebného zákona a nepredložil ju ani v náhradných termínoch k nahliadnutiu - realizoval stavbu Bytový dom - P.Á. ul. v rozpore so stavebným povolením a overenou PD - neviedol stavebný denník v zmysle § 53 ods. 2 až 6 Vyhl. č. 85/1976 Zb. , § 28 Vyhl. č. 453/2000 Zb. a § 46d Stavebného zákona - mal skolaudovanú stavbu - byty na Rozvodnej ul. v rozpore s bezpečnostnými predpismi - porušil § 2 Nar. Vlády SR č. 510/2000 Zb. o minimálnych bezpečnostných a zdravotných požiadavkách na stavenisko - nezabezpečil stavenisko v zmysle § 43i Staveného zákona , § 10 Vyhl. č. 83/1976 Zb. a § 6 Vyhl. č. 85/1976 Zb. - zabezpečoval a realizoval stavbu s nedostatkami stavebného denníka podľa § 46d tým, že nemal vyplnenú titulnú stranu, chýbal stavebný denník z odstránenia starého objektu, nebol uvedený začiatok stavebných prác -písaný od 21.09.1998 - nakladanie výkopu a odvoz na skládku; stavenisko nebolo podľa § 43i po celom obvode oplotené neprehľadným oplotením, na stavbe bol neporiadok, materiál nebol systémovo uložený, chýbalo označenie staveniska, na stavbe nebola overená PD. Zo stanoviska Slovenského vodohospodárskeho podniku š.p. zo dňa 12.03.2007 k žiadosti Obvodného úradu životného prostredia v Bratislave k správcovstvu potoka na M. ul. a k stavu potoka zistil, že trasa toku na M. ul. je situovaná prevažne v CHKO Malé Karpaty a Bratislavskom lesoparku. Tok začína pod parkoviskom na C. a spočiatku trasa sleduje cestu v hlbokom údolí. Pri filmových ateliéroch je tok neupravený a má stály prietok. Od záhrad je tok upravený, napriamený a neďaleko pri Rozvodnej ul. vteká do verejnej stokovej siete. MČ Bratislava - Nové Mesto pripravovala v časti podania stanoviska rekonštrukciu komunikácie M. ul. v časti od napojenia na C. ul. po existujúcu nespevnenú cestu spájajúcu M. ul. s ul. Na P. v dĺžke cca 318 m. Slovenský vodohospodársky podnik š.p. ako právny nástupca Povodia Dunaja š.p. nie je správcom predmetného vodného toku. Zo znaleckého posudku RNDr. O. C., PhD., znalcom z odboru ochrany životného prostredia, odvetvia odhad škôd v životnom prostredí a ochrana prírody č. 01/03 zo dňa 23.12.2003, ktoré znalecké dokazovanie bolo nariadené súdom, súd zistil, že znalec na otázky: 1/ či k odkloneniu a zatlačeniu potoka pôvodne pretekajúceho cez parc. č. XXXXX/X,X kat. úz. Z. došlo v dôsledku úprav hornej časti M. cesty v dôsledku odvážania výkopovej zeminy odporcom na základe jeho stavebnej činnosti z parc. č. XXXX,XXXX,XXXX/X,X, XX,XX,XX po M. ceste a ceste susediacej s parc. navrhovateľa č. XXXX Q. XXXX/X, uviedol: - hydrogeologické pomery v okolí M. cesty a v okolí rodinného domu navrhovateľa sa začali meniť po vybudovaní skládky výkopového materiálu zo stavby vodojemu na P.. Nepriaznivé vplyvy tejto skládky z hľadiska hydrogeologického režimu obyvatelia riešili svojpomocne vybudovaním ochranného valu a vsakovacích jám, ktoré práce čiastočne zmiernili negatívny vplyv skládky. K zhoršeniu povrchových hydrogeologických pomerov z hľadiska úrovne kvality životného prostredia miestnych obyvateľov došlo po upchatí drenážneho systému a znefunkčnení vsakovacích jám vplyvom stavebnej činnosti stavebníka -odporcu. Vzhľadom na to, že časť plochy komunikácie v súvislosti s výstavbou bytového domu bola rozšírená smerom do riečišťa, došlo k odkloneniu a zatlačeniu potoka. Podľa stanoviska vodohospodárskeho orgánu však zmena riečišťa je dlhodobejšieho charakteru a táto nemohla byť vyvolaná len stavebnou činnosťou odporcu, keďže ide o prirodzený a neupravený vodný tok, ktorý nie je udržiavaný a voľne preteká cez pozemok navrhovateľa. V rámci hydrogeologického prieskumu boli zistené silné pramene spodnej vody. Odporca ako stavebník spodné vody neodviedol mimo staveniska a neodvedené vody môžu prúdiť do nižšie položených miesť, čím veľmi pravdepodobne ovplyvnil režim prúdenia podpovrchových vôd v danej lokalite. 2/ či poškodenie na pozemkoch navrhovateľa mohlo vzniknúť v dôsledku existencie zemnej skládky zo svahu z vrchnej časti jeho rodinného domu parc. č. XXXX nad poľnou cestou, znalec uviedol: - k poškodeniu na pozemkoch navrhovateľa mohlo vzniknúť aj v dôsledku existencie zemnej skládky vzhľadom na to, že jej vybudovaním došlo k zmene hydrogeologických pomerov lokality, čo sa obyvatelia snažili eliminovať vybudovaním drenáže a ochranného valu, 3/ k percentuálnemu vyčísleniu spôsobenej škody odporcom s prípadným odčítaním vplyvu už existujúcej skládky zeminy zo svahu z vrchnej časti parc. č. XXXX sa znalec nedokázal vyjadriť, nakoľko v súčasnosti nie je možné stanoviť dopad existujúcej skládky na životné prostredie pred začatím stavebných prác odporcom. 4/ či k poškodeniu pozemkov navrhovateľa parc.č. XXXX a XXXX/X mohlo dôjsť v dôsledku stavebnej činnosti odporcu a v čom sa poškodenie prejavilo, znalec uviedol: - k poškodeniu pozemkov mohlo dôjsť kombináciou viacerých faktorov - vybudovaním skládky komunálneho odpadu, stavebnou činnosťou spojenou s výstavbou 11podlažného domu na parc. č. XXXX na M. ul. a prítomnosťou prirodzeného a neupraveného vodného toku. 5/ Poškodenia vzniknuté v dôsledku stavebnej činnosti navrhovateľa na parc. č. XXXX/X vyčíslil znalec vo výške 2.250,87 eur tak, ako znalec Ing. M. O. v znaleckom posudku č. 16/99 zo dňa 17.06.1999. Zo znaleckého posudku Ing. O. A. č. XX/XXXX zo dňa 22.07.2008, ktoré znalecké dokazovanie bolo nariadené súdom za účelom určenia rozsahu a výšky škôd spôsobených na rodinnom dome navrhovateľa na parc. č. XXXX kat. úz. Z. s určením miery podielu na škodách, ako i z výsluchu znalca zistil, že na miestnej obhliadke dňa 08.07.2008 nebolo možné zistiť presnú špecifikáciu vzniknutého poškodenia z roku 1998 z dôvodu značného časového odstupu a následne vykonaných stavebných úprav. Rozsah poškodenia domu bol zistený znalcom Ing. V. A., CSc. v znaleckom posudku č. 03/1999 z mája - júna 1999, t.j. bezprostredne po vzniku škody. Konkrétne sa jednalo o poškodenia: podlaha predsiene bola je dopraskaná trhlinami hlavne pozdĺžneho smeru, podlaha podesty pred vstupom do domu je oddelená trhlinou od pôvodného celku, podlaha miestnosti schodiska na povalovú časť má pri múre pri obvode trhliny, v ktorých sa naznačuje porucha omietky v mieste ich otvárania, podlaha z paluboviek je pokrytá linoleom a porucha je viditeľná pri jeho nadvihnutí, podokenný parapet vonkajšieho nosného múru ma viacero tenkých trhlín typických spôsobeným pohybom podložia, pričom v zimnom období môžu nastať aj objemové zmeny - zdvíhanie domu -premrznutím podložia v dôsledku jeho vysokej vlhkosti, deformáciu možno pozorovať na zastrešení vchodovej časti domu, ktorá pokračuje predĺžením sedlovej strechy smerom do dvora, možno pozorovať aj deformáciu na štítovom múre, jeho vytláčanie na 3-5 cm. Výšku škody na predmetnom rodinnom dome navrhovateľa súp. č. XX na parc. č. XXXX s rešpektovaním požiadavky uvedenia do predošlého stavu pred poškodením znalec ustálil na 4.149,23 eur (125.000,- Sk). Na otázku súdu prvého stupňa týkajúcu sa uvedenia podielu konkrétnych vplyvov na vzniku škody s prihliadnutím na vplyv nedostatkov v základných stavebnokonštrukčných prácach a materiáloch pri výstavbe domu, životnosť stavby, okolité stavby a skládka výkopového materiálu Na P., poveternostné vplyvy a iné faktory, znalec uviedol, že na výške škody na rodinnom dome sa v plnej miere podieľali okolité stavby a skládka výkopového materiálu Na P.. Z kontrolného znaleckého posudku vypracovaného Ústavom súdneho inžinierstva Žilinskej univerzity v Žiline č. 195/2012 zo dňa 03.12.2012 týkajúci sa zodpovedania totožných otázok ako znalcovi Ing. O. A., zistil, že príčinami poškodenia rodinného domu navrhovateľa boli zásahy do okolia, čo malo vplyv na stabilitu domu. Stav rodinného domu k rozhodnému obdobiu roka 1998 bezprostredne po poškodení objektu nemal charakter totálnej škody, ale poškodenie objektu vplyvmi - vybudovaním vodojemu na P. a navážanie materiálu z výkopov na svah na M. ul., v apríli 1998 v súvislosti so začatou výstavbou 11 podlažného bytového domu odporcom, ktorý za účelom skrátenia vzdialenosti odvozu výkopu bez povolenia kompetentných orgánov zvýšil nivelita lesnej príjazdovej cesty cca 40 cm nasypaním makadamu a začal cestu využívať ako príjazdovú komunikáciu na stavenisko s premávkou ťažkých nákladných vozidiel so stavebným materiálom, bolo zrejmé. Neodstránenie príčin poškodenia objektu a realizácia iba sanačných prác na rodinnom dome mohli mať za následok opakované poškodenie objektu v rozhodnom období. V dôsledku presmerovania povrchových vôd realizáciou navážky na pôvodne nevyužívanú lesnú cestu a následným využívaním tejto cesty ťažkými nákladnými vozidlami, boli pravdepodobne ovplyvnené základové pomery stavby a následne pravdepodobne došlo k sadaniu objektu a vzniku trhlín. Štítová stena objektu sa vychýlila z pôvodnej zvislej polohy, čiastočné praskliny boli badateľné aj na čelnom obvodovom múre. Drevená prístavba v dvornej časti (namiesto pôvodnej verandy) bola pôsobením vyššie uvedených vplyvov oddelená od hlavnej nosnej konštrukcie stavby. K výške škody, znalecký ústav uviedol, že na opravu domu je potrebné vykonať nasledovné práce: - odstrániť a znovu vymurovať štítovú stenu RD murovaného z keramických tehál v 1.NP hr. 300 mm a v podkrovnom podlaží hr. 150mm vystužené pilierikmi 300/300mm - odstrániť a znovu vybudovať vstupné schody do RD vrátane základov pod nimi - odstrániť a znovu vybudovať drevenú prístavbu vstupnej časti RD vrátane pultovej strechy napojenej spádovo na strechu RD - zhotovenie novej betónovej mazaniny na terase popri pozdĺžnej strane RD - vytmeliť a vymaľovať kuchyňu. Ohodnotené boli nasledovné práce potrebné k odstráneniu závad: - zbúranie štítového muriva RD murovaného z keramických tehál v 1.NP hr. 300mm a v podkrovnom podlaží hr. 150mm vystužené pilierikmi 300/300 mm - vymurovanie štítového muriva RD murovaného z keramických tehál v 1.NP hr. 300mm a v podkrovnom podlaží hr. 150 mm vystužené pilierikmi 300/300 mm vrátane osadenia pôvodného okna - zhotovenie stužujúceho venca v úrovni stropu 1. NP, debnenie, výstuž, betonáž - zhotovenie vnútorných a vonkajších omietok štítovej steny - zbúranie a znovu vybudovanie schodov pred vstupom vrátane základu, debnenie, betonáž a povrchová úprava z cementového poteru - zbúranie drevenej prístavby vstupnej časti RD vrátane krovu - zhotovenie novej drevenej prístavby, zvislé stĺpiky obložené aglomerovanými doskami - zhotovenie pultového kroku vrátanie krytiny a vnútorného pohľadu - osadenie pôvodných okien a dverí - tmelenie škár v obvodovej stene v kuchyni - vymaľovanie kuchyne - vyrovnávacia betónová mazanina na terase. Výšku škody na rodinnom dome navrhovateľa súp. č. XX uvedením do predošlého stavu znalecký ústav vyčíslil na sumu 4.280 eur s DPH. Vzhľadom na to, že vzniknuté poškodenie objektu bolo evidentne výsledkom vyššie uvedených vonkajších vplyvom, vplyv stavebno-konštrukčných prác a materiáloch použitých pri výstavbe domu ako i životnosť stavby a poveternostné vplyvy na vzniknuté poškodenie je nepravdepodobné. Stanovisko ústavu z hľadiska negatívneho vplyvu okolitých stavieb na vzniknutých škodách domu navrhovateľa je v súlade so znaleckým posudkom Ing., CSc. Na námietky navrhovateľa ku kontrolnému znaleckému posudku Ústavu súdneho inžinierstva Žilinskej univerzity v Žiline ústav uviedol: - na otázku navrhovateľa, že v posudku nie je uvedené riešenie prekládky odberného miesta elektromeru, čo si vyžiada značné finančné náklady pri dodržaní podmienok dodávateľa energie, znalecký ústav uviedol, že odberné miesto elektriny na štítovom murive nebolo obhliadkou identifikované. V prípade, ak je toto skutočne osadené v navrhovateľom odbernom mieste, je možné doplnením posudku zohľadniť túto skutočnosť. Rozvádzač nebol pri obhliadke lokalizovaný v priečke, ktorú uvádza navrhovateľ. - realizácia opravy štítového múra je možné vykonať bez likvidácie konštrukcie garáže a predmetného štítového múra - na otázku navrhovateľa, že v posudku nie je uvedené poškodenie vodovodnej prípojky rodinného domu na verejný vodovod, ústav uviedol, že na obhliadke objektu vyhotovený zápis a poškodenie vodovodnej prípojky na verejný vodovod navrhovateľom uvádzaný nebol, toto poškodenie nebolo zahrnuté vo vyčíslení škody - nebola zistená nefunkčnosť komína. Zo Zmluvy o združenej dodávke elektriny pred odberateľa elektriny pre domácnosti zistil, že táto bola uzavretá medzi ZSE Energia, a.s. a navrhovateľom na odberné miesto M. XX, K. až dňa 04.04.2014. V záverečnom vyjadrení zástupca navrhovateľa uviedol, že navrhovateľ utrpel škodu v dôsledku dopravy súvisiacej so stavebnou činnosťou odporcu, a to jednak na rodinnom dome súp. č XX na parc. č. XXXX/X kat. úz. Z., kde došlo k statickému poškodeniu vyžadujúcu si náročnú opravu a tiež zmenou pomerov prúdenia spodnej vody, čo spôsobilo zamoknutie terénu a uhynutie stromov na pozemku navrhovateľa. Znaleckými posudkami predloženými navrhovateľom preukázal vznik škody, príčinnú súvislosť, výšku škody uplatnenú žalobou. Revízne posudku z odboru stavebníctva boli spracované povrchne s podcenením rozsahu prác potrebných k sanácii stavby., ako i nesprávne stanovili východiskovú hodnotu rodinného domu navrhovateľa veľmi nízkou sumou, čo sa prejavilo vo výslednom ohodnotení škody. Z výpovede konateľa odporcu zistil, že pred začatím stavby Rozvodná ul. začal na jar 1998 a v lete začal s výstavbou. Najväčším zdrojom škôd, ktoré navrhovateľ požaduje podanou žalobou je skutočnosť, že nad parcelou navrhovateľa na parc. č. XXXX/X,X v minulosti pred rokom 1998 existovala skládka hliny, zeminy, panelov odpadu zo stavebnej činnosti (výkopový materiál zo stavby Vodojemu na P.), ktorá dlhodobo pôsobila na parcely navrhovateľa tak, že po dažďoch dochádzalo k podmývaniu a zosúvaniu, čo mohlo poškodiť rodinný dom navrhovateľa. Konateľ odporcu poprel, že stavebné práce ním vykonávané na parc. č. XXXX,XXXX by spôsobili škody na nehnuteľnostiach navrhovateľa, nakoľko sa nachádzajú na druhej strane potoka od rodinného domu navrhovateľa cca 100m a nie je možné, aby vykonávané stavebné práce spôsobili odklon potoka a podmáčanie zeminy, ako i poškodenie rodinného domu navrhovateľa. Konateľ odporcu ďalej uviedol, že zeminu z výkopových prác na jar 1998 odvážal po M. ceste, ako i po ceste susediacej s pozemkom navrhovateľa. Na M. ceste vykonával aj spevňovanie komunikácie. Konateľ odporcu po vykonanom znaleckom dokazovaní RNDr. O. C. uviedol, že výlučne odporca škodu na nehnuteľnostiach navrhovateľa spôsobil. Pokiaľ sa týka o škodu na drevinách, túto odporca nepoprel. Poprel však škodu vzniknutú na rodinnom dome navrhovateľa súp. č. XX z dôvodu, že táto vznikla hlavne v období existencie divokej skládky na mieste dnešnej stavby na Z. XX v Bratislave tým, že z výšky svahu asi 12m v prudkom spáde stekali pri zrážkach alebo snehu do záhrady navrhovateľa a pozemku pod domom voda. Až vykopaním jamy pod úroveň domu Vlárska došlo k odstráneniu divokej skládky a zníženiu hladiny spodnej vody, ktorá sa dostala na nižšiu úroveň a nie do záhrady navrhovateľa. V dobe roku 2007 už k tomuto nedochádza, čo je dôkaz, že zásahy odporcu stavebnou činnosťou nemali vplyv na poškodenie domu navrhovateľa. Správca povodia na M. ul. prehlásil, že potok je neregulovateľný a dochádza k trvalým zmenám jeho odchýlenia od koryta. Po právnej stránke súd prvého stupňa vychádzal z ustanovení § 420 ods. 1, 3, § 438 ods. 1, § 428 ods. 2, § § 443, § 442 ods. 1, 3, § 517 ods. 1, 2 Občianskeho zákonníka, § 3 Nar. Vlády SR č. 87/1995 Z.z., § 120 ods. 1 Občianskeho súdneho poriadku. Konštatoval, že podľa judikátu NS SR č. R 34/1998 spoločná zodpovednosť viacerých škodcov za škodu, ktorí zodpovedajú podľa § 420 OZ je daná vtedy, ak činnosť alebo nečinnosť (opomenutie) viedli ku vzniku jedinej škody (škodlivému výsledku). Ku vzniku tejto zodpovednosti môže dôjsť nielen vtedy, ak je škoda výsledkom súbežnej a na sebe nezávislej činnosti škodcov. Spoločná zodpovednosť však nie je vylúčená ani v prípade, keď jeden zo škodcov zodpovedá podľa § 420 OZ a druhý škodca zodpovedá na princípe objektívnej zodpovednosti. Poukázal tiež na judikát NS SR č. 5Cdo 110/2011, podľa ktorého pri uplatnení náhrady škody spôsobenej viacerými škodcami záleží na poškodenom, či bude požadovať náhradu na jednom, na niektorých alebo na všetkých škodcoch. Samotná skutočnosť, že škoda vznikla pôsobením viacerých škodcov, ešte neopodstatňuje aplikáciu ustanovenia o delenej zodpovednosti v zmysle § 438 ods. 2 Občianskeho zákonníka, ale za predpokladu, že je daná príčinná súvislosť medzi konaním (opomenutím konania) každého zo škodcov a škodlivým následkom, za ktorý sa požaduje náhrada, je dôvodom na aplikáciu ustanovenia o spoločnej zodpovednosti v zmysle § 438 Občianskeho zákonníka, pričom vyžaduje dôsledné uváženie osobitností každého prípadu, majúc na zreteli, že úprava spoločnej zodpovednosti za škodu vychádza zo zásady solidárnej, ktorá má všeobecnú platnosť pre všetky prípady, avšak delená zodpovednosť môže byť síce stanovená rozhodnutím súdu, ale iba v odôvodnených prípadoch, a to v závislosti od účasti škodcov na spôsobenej škode. Vychádzal zo základných predpokladov vzniku zodpovednosti za škodu, a to: 1/ porušenie právnej povinnosti, ktorá spočíva v existencii takého úkonu, ktorý je v rozpore s objektívnym právom 2/ existencia škody, t.j. ujmy, ktorá nastala v majetkovej sfére poškodeného a ktorá je objektívne vyjadriteľná peniazmi ako všeobecným ekvivalentom. Ujma spočíva v zmenšení majetku poškodeného, jedná sa o rozdiel v hodnote poškodeného majetku pred spôsobením škody a po jej spôsobení na majetku, 3/ príčinná súvislosť medzi porušením právnej povinnosti a škodou, ktorá znamená, že medzi protiprávnym úkonom a škodou musí byť vzťah príčiny a následku, 4/ zavinenie, ktoré znamená psychický vzťah škodcu k protiprávnemu úkonu. Vyslovil, že spoločná zodpovednosť podľa § 48 Obč. zák. môže byť solidárna alebo delená - čiastočná. spoločná zodpovednosť je výsledkom súbežnej a od seba nezávislej činnosti viacerých škodcov vedúcej ku vzniku jedného škodového deja. Výnimkou zo zásady solidárnej zodpovednosti za škodu je princíp delenej zodpovednosti, o ktorú ide vtedy , ak súd rozhodne, že škodcovia na škode zodpovedajú podľa svojej účasti na spôsobení škody, kedy každá zo zodpovedných osôb nesie len určitý podiel na škode podľa miery účasti na jej vzniku. Z vykonaného dokazovania mal za preukázané, že navrhovateľ je bezpodielovým spoluvlastníkom nehnuteľností nachádzajúcich sa v kat. úz. Z., a to rodinného domu súp. č. XX na M. XX v Bratislave postavenom na parc. č. XXXX/X; parc. č. XXXX/X zast. plochy a nádvoria o výmere 120m2; parc. č. XXXX/X zast. plochy a nádvoria o výmere 59 m2 (tieto parcely boli pôvodne označené ako parc. č. XXXX a v roku 2001 v súvislosti so zrušením a vyporiadaním podielového spoluvlastníctva navrhovateľa a C. R. boli rozparcelované podľa skutočného užívania ), ako i parc. č. XXXX/X záhrady o výmere 1047 m2. Uviedol, že podaným návrhom sa navrhovateľ domáhal zaviazania odporcu na náhradu škody vzniknutej na predmetných nehnuteľnostiach v celkovej výške 32.699,98 eur s príslušenstvom, ktorú mu mal spôsobiť odporca v dobe od februára do júna 1998 a od septembra do konca októbra 1998 tým, že bez povolenia príslušných orgánov realizoval výkopové práce na parcelách nachádzajúcich sa v blízkosti nehnuteľností navrhovateľa a z týchto parciel výkopovú zeminu odvážal ťažkými mechanizmami po komunikácii pod cestou popri potoku, čím trasa odvážania zeminy smerovala z oboch strán parciel navrhovateľa, v dôsledku čoho odporca z jednej strany spôsobil zatlačenie potoka a odklonenie jeho toku asi o 2-3 m cez pozemok navrhovateľa a jeho podmáčanie a z druhej strany spôsobil zmenu nivelity cesty o 40-50 cm, teda jej zvýšenie, ktoré spevnil makadamom. Výšku a príčiny spôsobenej škody odvíjal navrhovateľ od znaleckých posudkov Ing. W. B., Ing. M. O., Ing. V. A., CSc. a Ing. M. U.. Konštatoval, že hlavným predpokladom vyhovenia návrhu navrhovateľa v zmysle § 420 Obč. zák. je súčasné splnenie všetkých podmienok vzniku zodpovednosti za škodu. Čo sa týka porušenia právnej povinnosti odporcom, z vykonaného dokazovania mal za preukázané, že na základe obhliadky v novembri 1998 v súvislosti s tokom potoka pretekajúcim pozemkom navrhovateľa parc. č. XXXX/X v styku s komunikáciou M. ul. smerom do riečišťa potoka bola rozšírená časť plochy komunikácie v súvislosti s výstavbou bytového domu Na P., ktorého stavebníkom bol odporca. Potok je neudržiavaný a voľne pretekal cez parcelu navrhovateľa. Podľa stanoviska vodohospodárskeho orgánu zmena riečišťa je dlhodobejšieho charakteru a nemohla byť vyvolaná len stavebnou činnosťou odporcu, keďže sa jedná o prirodzený a neupravený vodný tok. V júni odporca zabezpečil úpravu ochranného valu pred parcelou navrhovateľa a navrhovateľovi vyplatil odškodné. Odporca bol stavebníkom bytového 11 podlažného bytového domu Rozvodná ul. Bratislava s podzemnými garážami, smetníkom, komunikáciami a spevnenými plochami na pozemkoch parc. č. XXXX/XX,; XXXX; XXXX; XXXX; XXXX; XXXX a XXXX kat. úz. Z.. Okresný úrad Bratislava III, odbor ŽP až listom zo dňa 04.05.1998 súhlasil s vykonávaním prípravných prác súvisiacich s prípravou staveniska pre budúcu výstavbu bytového domu Rozvodná ul. Bratislava a inž. sietí pred vydaním stavebného povolenia, ktoré stavebné povolenie na stavbu bytového domu, podzemných garáží, smetníka, komunikácie a spevnených plôch na vyššie uvedených pozemkoch nadobudlo právoplatnosť 13.08,1998. Ako však bolo zistené Slovenskou inšpekciou ŽP, stavebným inšpektorátom Bratislava, z výsledku hĺbkovej kontroly dodržiavania ustanovení Stavebného zák. odporcom v súvislosti so stavbou bytového domu Rozvodná ul. Bratislava, odporca pri realizovanej výstavby porušil viaceré ustanovenia právnych predpisov. V súvislosti s posudzovaním porušení právnych povinností, ktoré majú vplyv na vznik škody na nehnuteľnostiach navrhovateľa, napr.: - právne povinnosti, a to nesplnil podmienky stanoviska Magistrátu hl. m. SR Bratislavy k investičnému zámeru stavebníka zo dňa 09.07.1998 - nepreukázal začlenenie Bytového domu na P. do okolitej zástavby, začal s realizáciou zemných prác na stavbe pred vydaním stavebného povolenia - nesplnil podmienku OÚ Bratislava III, odbor ochrany prírody zo dňa 14.04.1998, keď vyrúbal gaštan 08.10.1998, ktorý mal počas realizácie stavby chrániť a nezabezpečil náhradnú výstavbu stanovenom termíne, čím porušil Zák. č. 287/1994 Zb. o ochrane prírody a krajiny - nesplnil podmienky OÚ Bratislava III uvedené vo vyjadrení zo dňa 21.05.1998, keď neriešil odkanalizovanie spevnených plôch, komunikácií a parkovísk predčistením ropných látok, čím porušil Zák. č. 138/1973 Zb. o vodách a § 8 ods. 3 Vyhl. č. 83/1979 Zb., tieto odpadové vody nemožno vypúšťať do vsakovacej jamy, nezabezpečil ochranu existujúcich drevín - nesplnil podmienky záväzného stanoviska MČ Bratislava - Nové Mesto zo dňa 13.05.1998, - porušil podmienku OÚ Bratislava III zo dňa 03.07.1997 tým, že nezabezpečil odvod odpadových dažďových vôd zo spevnených vôd do existujúceho odvodňovacieho rigolu alebo vpustí na M. ul. K stavebnému povoleniu je potrebný súhlas vodohospodárskeho orgánu pre novovybudované komunikácie a spevnené plochy, čím porušil Zák. č. 138/1974 Zb. o vodách - nesplnil podmienku vyjadrenia VaK Bratislava zo dňa 24.07.1998 na odvedenie povrchových vôd zo spevnených plôch už pri 5 parkovacích miestach cez lapač ropných látok a túto podmienku prekonzultovať s OÚ BA III - nezabezpečil stanovisko okresného hygienika k územnému a stavebnému konania v zmysle § 27 ods. 2 písm. a/ h/ Zák. č. 272/1994 Zb. o ochrane zdravia ľudí - nesplnil záväzné podmienky stavebných rozhodnutí a rozhodnutí o zmene stavby pred jej dokončením - k rozhodnutiu OÚ Bratislava III zo dňa 30.04.2002 na prístavbu podzemných garáží nezabezpečil v zmysle Zák. č. 272/1994 Zb. o ochrane zdravia ľudí vyjadrenie okresného hygienika, stanoviska Ministerstva ŽO SR podľa § 10 Zák. č. 127/1994 Z.z. o vplyve na životné prostredie garáží - začal realizovať výkopové práce - zemné práce na prístavbe podzemných garáží pred nadobudnutím právoplatnosti stavebného povolenia, čím porušil § 54 Stavebného zákona - požiadal o kolaudáciu bytov napriek tomu, že nesplnil podmienku MČ Nové Mesto, Elektrární a stavebného povolenia na vybudovanie a skolaudovanie trafostanice pred kolaudáciou bytového domu - nezabezpečil stavenisko v zmysle § 43i Staveného zákona , § 10 Vyhl. č. 83/1976 Zb. a § 6 Vyhl .č. 85/1976 Zb. - zabezpečoval a realizoval stavbu s nedostatkami stavebného denníka podľa § 46d tým, že nemal vyplnenú titulnú stranu, chýbal stavebný denník z odstránenia starého objektu, nebol uvedený začiatok stavebných prác -písaný od 21.09.1998 - nakladanie výkopu a odvoz na skládku. Z vyššie uvedeného považoval za zrejmé, že odporca porušil v období rokov 1998-1999 v súvislosti s výstavbou bytového domu s garážami P. ul. Bratislava viaceré právne predpisy, čo v podstate čiastočne aj sám nepriamo uznal v Stanovisko k riešeniu úpravy účelovej komunikácie pod viaduktom na M. ul. zo dňa 17.06.1999, kedy pripustil čiastočnú zmenu nivelity cesty v úseku nehnuteľnosti navrhovateľa v dôsledku ním využívania komunikácie v septembri - októbri 1998 a zaviazal sa vykonať úpravu nivelity cesty do pôvodného stavu, navyše spevnením makadamom do 30.09.1999. Vychádzal z navrhovateľom uplatneného nároku na náhradu škody od odporcu vo výške 32.699,98 eur s príslušenstvom, pričom požadovaná škoda tvorí náhradu za: - poškodenie trvalých porastov v spodnej časti poškodeniu trvalých porastov, nakoľko ovocné trvalé porasty v spodnej časti záhrady odumierajú z titulu trvalého podmáčania, čím došlo k úhynu 1 ks gaštana 15 ročného, 1 ks gaštana 60 ročného, 1 ks orecha vlašského 15 ročného, 10 ks ríbezlí 6 ročných, a to vo výške 1.909,64 eur; za nemožnosť pozemku v spodnej časti záhrady cca 200m2 v roku 1998 - 1999 pre jeho trvalé podmáčanie poľnohospodársky využívať vo výške 66,38 eur; za trvalé podmáčanie cca 200m2 pozemku, nánosom hliny a iného odpadu, čím došlo k poškodeniu kultúrnej vrstvy pozemku, jeho prinavrátenie do pôvodného úrodného stavu vyžaduje vykonať technickú a biologickú rekultiváciu vo forme odstránenia nánosu a zapravenia organickej hmoty a živín do pôdy vo výške 132,77 eur; zostatkovú hodnotu kopanej studne v spodnej časti záhrady vo výške 70,03 eur z dôvodu, že spodná voda pri obhliadke v porovnaní s okolitým terénom bola 0,9m, čo svedčí o zvýšenej hladine spodnej vody, a tým aj priesak z vedľajšieho potoka, závadnosť vody, nepoužiteľnosť pre zalievanie; za poškodenie živého oplotenia a oceľových drôtov vo výške 72,03 eur, teda podľa znaleckého posudku Ing. M. O. č. XX/XX vo výške škody 2.250,87 eur na parc. č. XXXX/X kat. úz. Z.. - za vypracovanie odborného posudku Ing. B.A. č. X/XX zo dňa 25.04.1999 a rozbor pitnej vody v sume 88,16 eur; za vypracovanie znaleckých posudkov Ing. M. O. č. XX/XX zo dňa 17.06.1999 v sume 79,66 eur; Ing. D. A. CSc. č. XX/XX z mája - júna 1999 v sume 323,64 eur; Ing. M. U. č. XXX/XX zo dňa 06.06.1999 v sume 69,70 eur. - za poškodenia na rodinnom dome navrhovateľa súp. č. XX na parc. č. XXXX/X vo výške 27.335,18 eur t.j. náklady na projektovú dokumentáciu 2.439,75 eur + náklady na rekonštrukciu rodinného domu 24.895,43 eur. Z vykonaného dokazovania zisteného predovšetkým na základe znaleckého dokazovania v súdnom konaní RNDr. O. C., PhD. mal za preukázané, že výška škody na porastoch navrhovateľa, poškodeniach na parc. č. XXXX/X vzniknuté v dôsledku stavebnej činnosti odporcu mohli mať hodnotu 2.250,87 eur tak, ako ich vyčíslil a špecifikoval v znaleckom posudku č. 16/99 Ing. M. O.. Navyše sám odporca vo svojej výpovedi nepoprel výšku tejto škody. Čo sa týka výšky poškodenia na rodinnom dome navrhovateľa súp. č. XX vzniknutej v rokoch 1998-1999 (podľa navrhovateľa v dôsledku stavebnej činnosti odporcu), túto výšku a špecifikáciu poškodení z uvedeného obdobia mal preukázanú znaleckými posudkami Ing. O. A. č. XX/XXXX a kontrolným znaleckým posudkom Ústavu súdneho inžinierstva Žilinskej univerzity v Žiline č. 195/2012, ktoré kontrolné znalecké dokazovanie bolo súdom nariadené na návrh navrhovateľa, ktorý sa nestotožnil s výškou škody na jeho rodinnom dome ustálenej Ing. A. v sume 4.149,23eur. Znalecký ústav výšku škody ustálil na sumu 4.280 eur s DPH predstavujúcu náklady na uvedenie nehnuteľnosti do predošlého stavu. Pri špecifikácii poškodení znalci vychádzali aj z poškodení uvedených v znaleckom posudku Ing. U. č. XXX/XX, od ktorého odvíjal výšku škody na rodinnom dome navrhovateľ. Nezohľadnil námietku navrhovateľa, že v znaleckom posudku znaleckého ústavu nebola zohľadnená potreba montáže a demontáže elektromera a nie je riešená prekládka odberného miesta elektromera s predpokladom značných finančných nákladov, nakoľko navrhovateľ v konaní nepreukázal, žeby elektromer v rodinnom dome bol v čase 1998-1999 namontovaný, keďže žiadny dôkaz o tomto nepredložil a Zmluva so ZSE Energia, a.s. uzavretá s navrhovateľom o dodávke elektriny na odberné miesto M. XX, K. je datovaná až 04.04.2014. Rovnako navrhovateľ podľa neho nepreukázal, že by v rokoch 1998-1999 došlo k poškodeniu vodovodnej prípojky. Z vyššie uvedených skutočností a listinných dokladov vzniknutá škoda, ktorá vznikla navrhovateľovi v období rokov 1998-1999 na jeho nehnuteľnostiach, ktorá bola v konaní preukázaná súd ustálil sumou 7.092,03 eur ako náhradu za: - poškodenie trvalých porastov na parc. č. XXXX/X čím došlo k úhynu 1 ks gaštana 15 ročného, 1 ks gaštana 60 ročného, 1 ks orecha vlašského 15 ročného, 10 ks ríbezlí 6 ročných,; za nemožnosť využívania pozemku v spodnej časti záhrady cca 200 m2; zostatkovú hodnotu kopanej studne v spodnej časti záhrady, závadnosť vody, nepoužiteľnosť pre zalievanie; za poškodenie živého oplotenia a oceľových drôtov , a to stotožňujúc sa so záverom znaleckého posudku Ing. M. O. č. XX/XX vo výške škody 2.250,87 eur/ a PhDr. O. C., PhD. - za vypracovanie odborného posudku Ing. Juhásovej č. 5/99 zo dňa 25.04.1999 a rozbor pitnej vody; za vypracovanie znaleckých posudkov Ing. Miloslava O. ; Ing. D. A. CSc.; Ing. M. U. - za poškodenia na rodinnom dome navrhovateľa súp. č. XX na parc. č. XXXX/4 vo výške škody vyčíslenej v kontrolnom znaleckom posudku Ústavom súdneho inžinierstva Žilinskej univerzity v Žiline č. 195/2012. Pri zisťovaní príčinnej súvislosti vyslovil, že treba škodu izolovať zo všeobecných súvislostí a skúmať, ktorá príčina ju vyvolala. Pritom nie je rozhodujúce časové hľadisko, ale vecná súvislosť príčiny a následku; časová súvislosť ale napomáha pri posudzovaní vecnej súvislosti (porovnaj R 21/1992). V postupnom slede javov je každá príčina niečím vyvolaná (sama je následkom niečoho) a každý ňou spôsobený následok sa stáva príčinou ďalšieho javu.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Z vykonaného dokazovania mal preukázané a v podstate podľa všetkých znaleckých posudkov, (aj ktoré predložil sám navrhovateľ), škoda spôsobená na nehnuteľnostiach navrhovateľa v rokoch 1998-1999 bola spôsobená tým, že rozšírením cesty M. ul. smerom k parc. č. XXXX/X až 5 došlo k posunu koryta potoka parc. č. XXXXX/X k.ú. Vinohrady i do územia predmetného pozemku. Nové presunuté koryto potoka nebolo dostatočne prehĺbené, bolo zanesené komunálnym a stavebným odpadom, čo spôsobilo zdvihnutie hladiny spodnej vody, ale najmä, že do marca 1999 voda voľne pretekala cez parc. č. XXXX/ X až 7. Vo februári 1999 došlo k čiastočnej úprave koryta, čo však nezamedzilo trvalému podmáčaniu pozemku a jeho obhospodarovaniu. Nahrnutím stavebnej sute pri rozširovaní cesty smerom k oploteniu došlo k poškodeniu živého oplotenia a zamedzenia prístupu navrhovateľa na pozemok. V dôsledku trvalého podmáčania a fyzického poškodenia na parcele navrhovateľa č. XXXX/X záhrade v kat. úz. Vinohrady v jeho spodnej časti od začiatku roka 1998 na ploche 200 m2, ako i nahrnutím stavebnej sute na živý plot došlo k špecifikovaným poškodeniam. K poškodeniu pozemkov však došlo kombináciou viacerých faktorov - vybudovaním skládky komunálneho odpadu, stavebnou činnosťou spojenou s výstavbou 11podlažného domu na parc. č. XXXX na M. ul. a prítomnosťou prirodzeného a neupraveného vodného toku. Poškodenie rodinného domu súp. č. XX nastalo taktiež nastalo v dôsledku kombinovaného pôsobenia viacerých vplyvov. Začiatky negatívnych vplyvov siahajú do 80-tych rokov vybudovaním skládky výkopového materiálu zo stavby vodojemu Na P.. Vybudovaním drenáže a ochranného valu svojpomocnými akciami sa čiastočne zmiernil účinok presakujúcej povrchovej vody, k zhoršeniu došlo výstavbou 11 podlažného domu v roku 1998 v susedstve parcely navrhovateľa, keď vyvýšením nivelity lesnej cesty a následnej premávke ťažkými nákladnými autami nastalo vytláčanie podložia, upchatie drenážneho systému a znefunkčnenie vsakovacej jamy. Tieto faktory spolu s otrasmi spôsobenými premávkou viedli ku vzniku trhlín na budove, k čomu prispeli aj objemové zmeny vodou nasýteného podložia v zimnom období. V tom období vyhotovenia znaleckého posudku, poškodenie rodinného domu nebolo kritické, ale bolo treba urýchlene zabrániť pokračujúcim negatívnym vplyvom. (ZP Ing. A., CSc. z mája - júna 1999, kontrolný znalecký posudok Ústavu súdneho inžinierstva Žilinskej univerzity v Žiline). Nepriaznivé vplyvy skládky výkopového materiálu zo stavby vodojemu Na P. z hľadiska hydrogeologického režimu obyvatelia v tejto oblasti riešili svojpomocne vybudovaním ochranného valu a vsakovacích jám, ktorá práce čiastočne zmiernili negatívny vplyv skládky. K zhoršeniu povrchových hydrogeologických pomerov z hľadiska úrovne kvality životného prostredia miestnych obyvateľov došlo po upchatí drenážneho systému a znefunkčnení vsakovacích jám vplyvom stavebnej činnosti odporcu. Vzhľadom na to, že časť plochy komunikácie bola v súvislosti s výstavbou 11 podlažného bytového domu P. ul. rozšírená smerom do riečišťa, došlo k odkloneniu a zatlačeniu potoka, zmena riečišťa je však dlhodobejšieho charakteru a táto nemohla byť vyvolaná len stavebnou činnosťou odporcu, keďže sa jedná o prirodzený a neupravený vodný tok neudržiavaný voľne pretekajúci cez parcelu navrhovateľa. Z dôvodu, že odporca ako stavebník neodviedol silné pramene spodnej vody mimo staveniska, veľmi pravdepodobne ovplyvnil režim prúdenia podpovrchových vôd v danej lokalite. K poškodeniu pozemkov navrhovateľa parc. č. XXXX a XXXX/X došlo kombináciou viacerých faktorov vybudovaním skládky komunálneho odpadu z vodojemu G.Q. P. + stavebná činnosť odporcu + prítomnosťou prirodzeného a neupraveného vodného toku (ZP RNDr. O. C., PhD.). Na výške škody na rodinnom dome navrhovateľa súp. č. XX na parc. č. XXXX/X sa podieľali v plnej miere okolité stavby a skládka výkopového materiálu Na P. (ZP Ing. O. A.). Z vyššie uvedených skutočností bolo preukázané, že príčinami vzniku poškodení na pozemkoch navrhovateľa parc. č. XXXX zast. plochy a nádvoria a XXXX/X záhrada kat. úz. Vinohrady boli viaceré kombinované vplyvy, a to: a) vybudovanie skládky komunálneho odpadu z vodojemu Na P. pred rokom 1998 b) stavebná činnosť odporcu c) prítomnosť prirodzeného a neupraveného vodného toku. Na výške poškodení na rodinnom dome navrhovateľa súp. č. XX sa podieľali: a) okolité stavby b) skládka výkopového materiálu z vodojemu Na P.. Súd prvého stupňa tak dospel k záveru, že k poškodeniam a vzniku uplatňovanej škody navrhovateľom tak nedošlo výlučne v príčinnej súvislosti so stavebnou činnosťou odporcu, ale aj v dôsledku prítomnosti prirodzeného a neupraveného vodného toku a skládky výkopového materiálu Na P. z 80-tych rokov. Je teda namieste stanovenie podielu jednotlivých vplyvov na vznik škody navrhovateľa. Čo sa týka podielu odporcu na vzniku škody na pozemku navrhovateľa parc. č. XXXX/X vyčíslenej podľa znaleckého posudku Ing. M. O. č. XX/XX zo dňa 17.06.1999 vo výške 2.250,87 eur + náklady vyplatené za odborný posudok Ing. Juhásovej č. 5/99 zo dňa 25.04.1999, rozbor pitnej vody; za vypracovanie znaleckých posudkov Ing. M. O. č. XX/XX zo dňa 17.06.1999; Ing. D. A. CSc. č. 03/99 z mája - júna 1999 v sume 491,46 eur, t.j. celkovo 2.742,33 eur s prihliadnutím na špecifikáciu kombinácie viacerých príčin a vplyvov na vznik škody ustálil v pomere 1/3-iny. Čo sa týka podielu odporcu na vzniku škody na rodinnom dome súp. č. XX na parc. č. XXXX/X vyčíslenej podľa kontrolného znaleckého posudku Ústavu súdneho inžinierstva Žilinskej univerzity v Žiline č. 195/2012 + nákladoch za vypracovanie znaleckého posudku Ing. M. U. č. XXX/XX zo dňa 06.06.1999 týkajúceho sa práve tejto nehnuteľnosti, teda v celkovej výške 4.349,70 eur súd ustálil s prihliadnutím na vplyv dvoch faktorov na vznik škody na nehnuteľnosti v pomere 70:30 so zavinením a zodpovednosťou odporcu 70%. Z vyššie uvedených skutočností mal preukázané zavinenie odporcu ako štvrtý predpoklad vzniku zodpovednosti za škodu. Odporca svojou stavebnou činnosťou v súvislosti s výstavbou 11 podlažného bytového domu P. ul. Bratislava v období rokov 1998-1999 porušil právne povinnosti špecifikované a zistené Slovenskou inšpekciou ŽP, stavebným inšpektorátom Bratislava v záveroch z výsledku hĺbkovej kontroly, predovšetkým ustanovenia Stavebného zákona, Zákona o vodách, Zákon o ochrane zdravia ľudí. V uvedenom období na nehnuteľnostiach navrhovateľa parc. č. XXXX a XXXX/X, rodinnom dome súp. č. XX na parc.č. XXXX (t.č. XXXX/X) došlo k poškodeniam vo výške celkovej škody 7.092,03 eur. Táto škoda vznikla v dôsledku viacerých vplyvov kombinovane /vybudovanie skládky komunálneho odpadu z vodojemu Na P. z 80-tych rokov, stavebnou činnosťou odporcu, ako i prítomnosťou prirodzeného a neupraveného vodného toku, čím príčinná súvislosť medzi vznikom škody a zavinenou činnosťou aj odporcu bola preukázaná v zmysle § 420 ods. 1,2 Obč. zák. Vzhľadom však na skutočnosť, že k vzniku škody na nehnuteľnostiach navrhovateľa nedošlo v dôsledku výlučného pôsobenia a konania odporcu, priznal náhradu škody navrhovateľovi s prihliadnutím na podiel odporcu na vzniku škody. V pomere zavinenia odporcu v pomere 1/3-iny pri náhrade škody za poškodenie parc. č. XXXX/X v zmysle vyčíslenia v znaleckom posudku Ing. M. O. + náklady vyplatené za odborný posudok Ing. B., rozbor pitnej vody ; za vypracovanie znaleckých posudkov Ing. O.; Ing. D. A. CSc. v celkovej výške 2.742,33 eur, s prihliadnutím na pomer 1/3-iny zavinenia odporcu na vzniku škody priznal navrhovateľovi sumu 914,11 eur. V pomere zavinenia odporcu 70:30 na vzniku škody na rodinnom dome navrhovateľa súp. č. XX a nákladoch za vypracovanie znaleckého posudku Ing. U. v celkovej výške 4.349,70 eur priznal navrhovateľovi sumu 3.044,79 eur. Vzhľadom na vyššie uvedené skutočnosti súd v súlade s § 420 ods. 1,2,3; 438 ods. 1, § 428 ods. 2; § 443 Obč. zák. vychádzajúc z delenej zodpovednosti viacerých subjektov pri spôsobení škody navrhovateľovi súd zaviazal odporcu na zaplatenie sumy 3.958,90 eur spolu so 17,6% ročným úrokom z omeškania zo sumy 3.958,90 eur v súlade s § 517 ods. 1,2 Obč. zák. odo dňa nasledujúceho, kedy sa odporca mohol prvýkrát dostať do omeškania s plnením peňažného dlhu, a to dňom nasledujúcim po doručení mu žaloby súdom 29.08.2000. Navrhovateľ si uplatňoval zaplatenie úrokov z omeškania 17,6 % ročne od 09.07.1999 odvolávajúc sa na list adresovaný odporcovi 28.06.1999, ktorý mal odporca prevziať 08.07.1999 a reagovať naň 14.07.1999, avšak k návrhu takéto listy pripojené neboli, preto navrhovateľ nepreukázal deň vzniku omeškania s úhradou dlhu. Na základe vyššie uvedeného v súlade s citovanými zákonnými ustanoveniami priznal tak navrhovateľovi titulom náhrady škody sumu 3.958,90 eur so 17,6 % ročným úrokom z omeškania od 29.08.2000 do zaplatenia. V zostávajúcej časti zaplatenia istiny 25.723,63 eur s príslušenstvom, ako i obdobia požadovaného zaplatenia 17,6 % úroku z omeškania od 09.07.1999 do 28.08.2000 súd návrh zamietol a rozhodol tak, ako je uvedené vo výrokovej časti tohto rozsudku. Návrh navrhovateľa na doplnenie dokazovania za účelom predloženia ním ďalšieho znaleckého posudku za účelom vyčíslenia škody na rodinnom dome navrhovateľa a posúdenia správnosti znaleckých posudkov vykonaných v konaní pred súdom zamietol, nakoľko za týmto účelom žiadal poskytnúť na pojednávaní dňa 24.09.2014 lehotu 1 mesiac, pričom e-mailom došlým súdu dňa 08.07.2014 oznámil právny zástupca navrhovateľa súdu, že navrhovateľ zabezpečuje nový znalecký posudok, ktorý predloží na pojednávaní 24.09.2014, pričom predvolanie na pojednávanie mu bolo doručené 01.07.2014. Je nepochybné, že navrhovateľ mal dostatok času na zabezpečenie si listinného dokladu, ktorým chcel preukazovať výšku škody, preto v tomto prípade sa súdu jeho návrh na doplnenie dokazovania predložením ďalšieho posudku za účelom preverenia kontrolného znaleckého posudku znaleckého ústavu ako nedôvodné v snahe zbytočného odďaľovania rozhodnutia vo veci. O trovách konania súd rozhodol podľa § 142 ods. 2 O.s.p. tak, že vzhľadom na čiastočný úspech oboch účastníkov vo veci, žiadnemu nepriznal náhradu trov konania. O trovách štátu si vyhradil rozhodnúť samostatným uznesením v zmysle § 151 ods. 6 O.s.p. Proti tomuto rozsudku podal v zákonnej lehote prostredníctvom svojho právneho zástupcu odvolanie navrhovateľ, ktorý žiadal rozsudok v napadnutej zamietajúcej časti zmeniť a priznať mu celú náhradu škody a náhradu trov konania. Dôvodil tým, že súd prvého stupňa pochybil, keď zodpovednosť odporcu neposudzoval ako zodpovednosť za škodu spôsobenú činnosťou v zmysle ust. § 420a Obč. zák., keďže odporca škodu spôsobil pri realizácii stavebnej činnosti. Súd prvého stupňa podľa neho tiež nedôvodne aplikoval ust. § 428 ods. 1 Obč. zák. o delenej zodpovednosti škodcov, pričom, ide odklon od všeobecného princípu pasívnej solidarity škodcov v zmysle ust. § 428 ods. 1 Obč. zák. a prichádza do úvahy len v mimoriadnych a odôvodnených prípadoch a nie v každom prípade, kedy škodu spôsobilo viac škodcov a dôvody delenej zodpovednosti uvedené súdom prvého stupňa takýto charakter nemajú. keďže bez ďalšieho konštatuje iba spoločnú zodpovednosť viacerých škodcov, ktorá sama o sebe nepostačuje pre vyslovenie delenej zodpovednosti. Vytýkal súdu prvého stupňa nesprávne konštatovanie aj spoločnej zodpovednosti škodcov. V skutočnosti jedinou príčinou vzniku škody podľa neho bolo protiprávne konanie odporcu, ktorý svojou činnosťou zasiahol do stabilizovaného stavu, nespôsobujúceho škodu na jeho majetku a bez zásahu odporcu by k vzniku škody nedošlo, keďže nenastala situácia síce v sebe nesie potenciál vzniku škody, ale spúšťačom bola výlučne činnosť odporcu. Mal za to, že uvedené závery vyplývajú zo znaleckého posudku Ing. A.. Uviedol, že odporca svojou bezohľadnou činnosťou narušil vybudovaný systém drenáže a ochranný val, vďaka ktorým k poškodzovaniu jeho majetku nedochádzalo, otrasy spôsobené premávkou vozidiel v bezprostrednej blízkosti jeho domu pritom nemajú vôbec žiadny súvis s vybudovanou skládkou výkopového(nie komunálneho ako uvádza súd, ale ide o čisto mechanické vplyvy, ktoré pôsobili samostatne. Bol tiež toho názoru, že súd prvého stupňa nedostatočne rozlišoval medzi jednotlivými čiastkovými škodami ním uplatňovanými a škodlivé vplyvy skládky výkopového materiálu a potoka posudzoval spoločne. Nesprávne podľa neho za jednu z príčin vzniku škody s prevažujúcim vplyvom označil aj „prítomnosť prirodzeného a neupraveného vodného toku“. Tento vodný tok pôvodne tiekol mimo jeho pozemku a až stavebnou činnosťou odporcu bol vytlačený na hranicu pozemku a na jeho pozemok. Odporca totiž v pôvodnom koryte potoka vybudoval prístupovú komunikáciu tak, že koryto zavozil násypom miestami až do výšky 1 metra, na ktorého vrchol položil betónové panely, potok tak bol z pôvodného koryta vytlačený na jeho pozemok, v dôsledku čoho došlo k zamoknutiu jeho pozemku, jeho znehodnoteniu a poškodeniu drevín. Aj v tomto prípade videl ako jedinú príčinu vzniku škody činnosť odporcu, ktorý zasiahol do stabilizovaného stavu. Pri stanovení výšky na jeho dome vychádzal súd prvého stupňa zo znaleckých posudkov, ktoré podľa neho nemali dostatočnú kvalitu a presvedčivosť. Revízny znalecký posudok Ústavu súdneho inžinierstva Žilinskej univerzity považoval za metodicky nesprávny, pričom podľa neho fakticky posudzuje otázku právnu, nie otázku technickú. Mal za to, že znalcovi neprináleží stanovovať výšku škody, keďže výška škody je v konečnom dôsledku otázkou právnou a znalec sa môže vyjadriť len k technickým otázkam, ktoré budú pre súd podkladom pre určenie výšky škody. Poukázal na nález Ústavného súdu ČR sp. zn. II. ÚS 2221/07. Bol toho názoru, že škodou sú náklady, ktoré je potrebné vynaložiť na uvedenie stavby do stavu, aby mohla slúžiť svojmu účelu. Pokiaľ prípadne v dôsledku opravy aj dôjde k miernemu zvýšeniu hodnoty stavby, avšak bez toho, aby boli vykonané práce nad nevyhnutný rámec, nemožno náhradu škody znižovať o akési abstraktné zhodnotenie, čím by sa negoval zmysel náhrady škody, ktorým je odškodniť poškodeného za majetkovú ujmu, ktorá mu vznikla v dôsledku protiprávneho konania. Stanovenú cenu ohodnotenia jeho stavby znaleckým ústavom považoval za výsledok znaleckej špekulácie. Jeho námietky voči znaleckým posudkom nemal za presvedčivo vyvrátené a súd prvého stupňa nemal podľa neho nariaďovať znalecké dokazovanie, keďže sám predložil znalecký posudok. Za nesprávne považoval aj rozhodnutie o trovách konania, keď súd; prvého stupňa nezohľadnil, že išlo o konanie, v ktorom výška nároku závisí od znaleckého posudku aj úvahy súdu. Odporca odvolací návrh nepodal. Krajský súd v Bratislave ako súd odvolací (§10 ods. 1 O.s.p.) prejednal vec v napadnutej časti podľa § 212 ods. 1 O.s.p. bez pojednávania podľa § 214 ods. 2 O.s.p. a dospel k záveru, že odvolanie navrhovateľa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stotožňuje s dôvodmi odvolaním napadnutého rozsudku súdu prvého stupňa, ktorým v odvolaním napadnutej časti rozhodol o navrhovateľom uplatňovanom nároku. Súd prvého stupňa vykonal vo veci riadne a v súlade s koncentračnou zásadou dokazovanie z hľadiska navrhovateľom uplatneného nároku, a jeho výsledky aj náležite v súlade s ust. § 132 O.s.p. zhodnotil, dostatočne zistil skutkový stav veci v zmysle ust. § 153 ods. 1 O.s.p.. Vec aj správne právne posúdil, keď k správnemu záveru ohľadom priznania výšky náhrady škody navrhovateľovi. Svoje rozhodnutie tiež náležitým a vyčerpávajúcim spôsobom odôvodnil tak, ako to má na mysli ust. § 157 ods. 2 O.s.p.. V odôvodnení svojho rozsudku sa súd prvého stupňa vysporiadal so všetkými okolnosťami, na ktorých založil svoje rozhodnutie, a ktoré boli pre posúdenie veci a rozhodnutie podstatné. Zrozumiteľným spôsobom odôvodnil, z akého dôvodu návrhu navrhovateľa v celom rozsahu nevyhovel. So závermi súdu prvého stupňa sa aj odvolací súd stotožnil a v celom rozsahu aj s odôvodnením jeho rozhodnutia (§ 219 ods. 2 O.s.p.),. Keďže nie je potrebné znova opakovať dôvody uvedené súdom prvého stupňa, odvolací súd sa okrem skonštatovania správnosti rozhodnutia súdu prvého stupňa zameral len na odvolacie námietky navrhovateľa. Navrhovateľ sa svojim návrhom domáhal zaviazania odporcu na zaplatenie sumy 32.699,98 eur so 17,6 % ročným úrokom z omeškania od 9.7.1999 do zaplatenia titulom náhrady škody. vzniknutej mu na jeho nehnuteľnostiach činnosťou odporcu, čo odporca uznal a v júni 1998 vyplatil navrhovateľovi 464,71 eur na zabránenie ďalších škôd. Svoj návrh odôvodňoval tým, že uvedenou stavebnou činnosťou odporca zavinil, že na parcele navrhovateľa č. XXXX/X odumreli v dôsledku podmáčania a kontaminácie spodnej vody spôsobenej odklonom potoka trvalé porasty, a to 1 ks gaštan jedlý vo veku 15 rokov, 1ks gaštan jedlý vo veku 60 rokov, 1 ks orech vlašský vo veku 15 rokov a 10 ks ríbezlí vo veku 6 rokov v celkovej výške 1.909,64 eur (57.530 Sk). V dôsledku trvalého podmáčania nemohol navrhovateľ parcelu č. XXXX/X poľnohospodársky využívať, čím mu vznikla škoda 66,38 eur (2.000 Sk) a nánosmi hliny a iného odpadu odporca zavinil poškodenie kultúrnej vrstvy pozemku, čoho sanácia je vyčíslená na 132,77 eur (4.000 Sk), odporca znečistil navrhovateľovi kopanú studňu na parcele zvýšením jej hladiny a tým priesakmi z potoka vo výške škody 70,03 eur (2.110,- Sk) a poškodil živé oplotenie vo výške škody 72,03 eur (2.170 Sk). Zavinené spôsobenie škody odporcom navrhovateľ preukazoval konštatovaním Slovenskej agentúry životného prostredia Banská Bystrica, rozborom vzorky vody VaK Bratislava, odborným posudkom č. 5/99 Ing. W. B. zo dňa 25.04.1999 a znaleckým posudkom Ing. M. O. č. XX/XXXX zo dňa 17.6.1997 s tým, že za vypracovanie vzorky vody a posudkov navrhovateľ uhradil 167,87 eur (5.056 Sk), ktorú výšku si titulom náhrady škody taktiež uplatňoval od odporcu. Odporca výkopovú zeminu ukladal na svah nad M. ulicou t. j. nad ulicou, kde sa nachádzajú nehnuteľnosti navrhovateľa, čím spôsobil zmenu odtokových podmienok dažďovej vody tak, že hlavný smer odtoku bol usmernený a sústredený na M. ulicu a na parcely navrhovateľa č. XXXX/X a XXXX, čím sa zrážková voda dostáva do podlažia zeme a tým negatívne ovplyvňuje jej stabilitu. Pre zabránenie vzniku ďalších škôd si navrhovateľ svojpomocne vybudoval malý ochranný val, ktorý však nie je dostatočnou ochranou pred vznikom škôd. Odporca svojimi zásahmi - násyp, zvýšenie nivelity cesty o cca 40 cm násypom makadamu - sťažil navrhovateľovi prístup do domu cez vstupnú bránku, zasypal drenážnu ryhu, v dôsledku čoho prestala fungovať pre účely odklonenia dažďovej vody vsakovacia jama, porušil sa oporný múrik oddeľujúci pôvodnú lesnú cestu od parcely navrhovateľa, zmenili sa odtokové pomery povrchových vôd v neprospech stability svahového územia pozemkov navrhovateľa, najmä rodinného domu, ktorý je podmáčaný a vlhkosť preniká do nosných stien budovy, ktoré praskajú, stavba sa deformuje vrátane oporných múrov a strechy. Tým že odporca odklonil odtok vody a v blízkosti rodinného domu navrhovateľa jazdil ťažkotonážnymi vozidlami, spôsobil trhliny na stavbe, ohrozil jej stabilitu, čo preukazoval navrhovateľ znaleckým posudkom Ing. V. A. č. X/XX z mája - júna 1999. Na odvrátenie škody na stavbe je potrebné vykonať sanácie a rekonštrukčné práce na dome, ktoré si vyžiadajú náklady podľa znaleckého posudku Ing. M. U. č. X/XX zo dňa 6.6.1999 vo výške 27.335,19 eur (823.500 Sk), ktorú sumu si navrhovateľ titulom náhrady škody od odporcu uplatňuje spolu s úhradou sumy 393,34 eur (9.750 Sk + 2.100 Sk) za vypracovanie týchto posudkov. Sčítaním jednotlivých požadovaných nárokov je ich súčet 32.699,98 eur, avšak navrhovateľ si návrhom na súde uplatnil len sumu 29.682,53 eur s prísl. Pre posúdenie zodpovednostného vzťahu odporcu súd prvého stupňa vychádzal z ust. § 420 v Obč. zák., nakoľko zo skutkových záverov vykonaného dokazovania vyplýva, že odporca pri svojej stavebnej činnosti porušil aj právne povinnosti, ako napr. nesplnil podmienky stanoviska Magistrátu hl. m. SR Bratislavy k investičnému zámeru stavebníka zo dňa 09.07.1998 - nepreukázal začlenenie Bytového domu na Rozvodnej do okolitej zástavby, začal s realizáciou zemných prác na stavbe pred vydaním stavebného povolenia, nesplnil podmienku OÚ Bratislava III, odbor ochrany prírody zo dňa 14.04.1998, keď vyrúbal gaštan 08.10.1998, ktorý mal počas realizácie stavby chrániť a nezabezpečil náhradnú výstavbu stanovenom termíne, čím porušil Zák. č. 287/1994 Zb. o ochrane prírody a krajiny, nesplnil podmienky OÚ Bratislava III uvedené vo vyjadrení zo dňa 21.05.1998, keď neriešil odkanalizovanie spevnených plôch, komunikácií a parkovísk predčistením ropných látok, čím porušil zák. č. 138/1973 Zb. o vodách a § 8 ods. 3 Vyhl. č. 83/1979 Zb., tieto odpadové vody nemožno vypúšťať do vsakovacej jamy, nezabezpečil ochranu existujúcich drevín, nesplnil podmienky záväzného stanoviska MČ Bratislava - Nové Mesto zo dňa 13.05.1998, porušil podmienku OÚ Bratislava III zo dňa 03.07.1997 tým, že nezabezpečil odvod odpadových dažďových vôd zo spevnených vôd do existujúceho odvodňovacieho rigolu alebo vpustí na M. ul. K stavebnému povoleniu je potrebný súhlas vodohospodárskeho orgánu pre novovybudované komunikácie a spevnené plochy, čím porušil zák .č 138/1974 Zb. o vodách, nesplnil podmienku vyjadrenia VaK Bratislava zo dňa 24.07.1998 na odvedenie povrchových vôd zo spevnených plôch už pri 5 parkovacích miestach cez lapač ropných látok a túto podmienku prekonzultovať s OÚ BA III, nezabezpečil stanovisko okresného hygienika k územnému a stavebnému konania v zmysle § 27 ods. 2 písm. a/ h/ Zák. č. 272/1994 Zb. o ochrane zdravia ľudí, nesplnil záväzné podmienky stavebných rozhodnutí a rozhodnutí o zmene stavby pred jej dokončením, k rozhodnutiu OÚ Bratislava III zo dňa 30.04.2002 na prístavbu podzemných garáží nezabezpečil v zmysle zák. č. 272/1994 Zb. o ochrane zdravia ľudí vyjadrenie okresného hygienika, stanoviska Ministerstva ŽO SR podľa § 10 zák. č. 127/1994 Z.z. o vplyve na životné prostredie garáží, začal realizovať výkopové práce - zemné práce na prístavbe podzemných garáží pred nadobudnutím právoplatnosti stavebného povolenia, čím porušil § 54 Stavebného zákona, požiadal o kolaudáciu bytov napriek tomu, že nesplnil podmienku MČ Nové Mesto, Elektrární a stavebného povolenia na vybudovanie a skolaudovanie trafostanice pred kolaudáciou bytového domu, nezabezpečil stavenisko v zmysle § 43i Staveného zákona, § 10 Vyhl. č. 83/1976 Zb. a § 6 Vyhl .č. 85/1976 Zb., zabezpečoval a realizoval stavbu s nedostatkami stavebného denníka podľa § 46d tým, že nemal vyplnenú titulnú stranu, chýbal stavebný denník z odstránenia starého objektu, nebol uvedený začiatok stavebných prác - písaný od XX.XX.XXXX - nakladanie výkopu a odvoz na skládku. Ide o subjektívnu zodpovednosť, t.j. vyžaduje sa zavinenie na rozdiel od zodpovednosti podľa § 420a Obč. zák., kedy je škoda spôsobená len prevádzkovou činnosťou, teda ku škode došlo pri stavebnej činnosti stavebníka bez toho, aby porušil nejakú právnu povinnosť. Preto námietka navrhovateľa v tomto smere nebola dôvodná. Navrhovateľ namietal, že súd prvého stupňa pri posudzovaní zodpovednosti odporcu za škodu vychádzal aj z princípu delenej zodpovednosti za škodu, keďže bez ďalšieho konštatoval iba spoločnú zodpovednosť viacerých škodcov, ktorá sama o sebe nepostačuje pre vyslovenie delenej zodpovednosti a že nesprávne konštatoval aj spoločnú zodpovednosti škodcov, pričom v skutočnosti jedinou príčinou vzniku škody podľa neho bolo protiprávne konanie odporcu, ktorý svojou činnosťou zasiahol do stabilizovaného stavu, nespôsobujúceho škodu na jeho majetku a bez zásahu odporcu by k vzniku škody nedošlo, keďže nenastala situácia síce v sebe nesie potenciál vzniku škody, ale spúšťačom bola výlučne činnosť odporcu. Mal za to, že uvedené závery vyplývajú zo znaleckého posudku Ing. A.. Zo znaleckého posudku Ing. V. A. CSc. č. 03/1999 naopak vyplýva, že poškodenie rodinného domu navrhovateľa nastalo v dôsledku kombinovaného pôsobenia. Začiatky negatívnych vplyvov siahajú do 80-tych rokov vybudovaním skládky výkopového materiálu zo stavby vodojemu Na P.. Vybudovaním drenáže a ochranného valu svojpomocnými akciami sa čiastočne zmiernil účinok presakujúcej povrchovej vody, k zhoršeniu došlo výstavbou 11 podlažného domu v roku 1998 v susedstve parcely navrhovateľa, keď vyvýšením nivelity lesnej cesty a následnej premávke ťažkými nákladnými autami nastalo vytláčanie podložia, upchatie drenážneho systému a znefunkčnenie vsakovacej jamy. Tieto faktory spolu s otrasmi spôsobenými premávkou viedli ku vzniku trhlín na budove, k čomu prispeli aj objemové zmeny vodou nasýteného podložia v zimnom období. Z vykonaného dokazovania vyplynulo, že síce došlo konaním odporcu k vzniku škody na majetku navrhovateľa, avšak toto jeho konanie nebolo jedinou príčinou vzniku tejto škody. Zo znaleckého posudku RNDr. O. C., PhD. hydrogeologické pomery v okolí M. cesty a v okolí rodinného domu navrhovateľa sa začali meniť po vybudovaní skládky výkopového materiálu zo stavby vodojemu na P.. Nepriaznivé vplyvy tejto skládky z hľadiska hydrogeologického režimu obyvatelia riešili svojpomocne vybudovaním ochranného valu a vsakovacích jám, ktoré práce čiastočne zmiernili negatívny vplyv skládky. K zhoršeniu povrchových hydrogeologických pomerov z hľadiska úrovne kvality životného prostredia miestnych obyvateľov došlo po upchatí drenážneho systému a znefunkčnení vsakovacích jám vplyvom stavebnej činnosti stavebníka - odporcu. Podľa stanoviska vodohospodárskeho orgánu však zmena riečišťa je dlhodobejšieho charakteru a táto nemohla byť vyvolaná len stavebnou činnosťou odporcu, keďže ide o prirodzený a neupravený vodný tok, ktorý nie je udržiavaný a voľne preteká cez pozemok navrhovateľa. Dôvodná nebola ani námietka navrhovateľa, že znalcovi neprináleží stanovovať výšku škody, keďže výška škody je v konečnom dôsledku otázkou právnou a znalec sa môže vyjadriť len k technickým otázkam, ktoré budú pre súd podkladom pre určenie výšky škody. Práve vyčíslene výšky škody je odbornou otázkou, z ktorej súd vychádza po posúdení veci z právneho a skutkového hľadiska. Toto tvrdenie navrhovateľa je navyše v rozpore s jeho vyjadrením v závere odvolania, keď uviedol, že výška nároku závisela od znaleckého posudku Judikát nález Ústavného súdu ČR sp. zn. II.ÚS 2221/07, na ktorý navrhovateľ poukazoval, nemožno na danú vec vzťahovať. Ustanovenie znalca v konaní teda prichádza do úvahy v prípade, ak sa predmetom konania stávajú otázky odborného charakteru, na ktorých posúdenie súd nemá dostatočné vedomosti. Uvedený záver vyplýva z textácie ustanovenia § 127 ods. 1 O.s.p., kde zákon jednoznačne a bez ohľadu na prípadné znalosti či odbornosť sudcu stanovuje striktnú povinnosť ustanoviť osobu znalca, ak „závisí rozhodnutie od posúdenia skutočností, na ktoré treba odborné znalosti…“. Ak si aj účastník pred začatím konania, dá sám vyhotoviť „znalecké posudky“ znalcami zapísanými v zozname znalcov, väčšinou na určenie napr. hodnoty nehnuteľností, či iných vecí, alebo na určenie výšky škody a pod. a ak v súdnom konaní bude potrebné posudzovať tieto otázky, ktoré budú otázkami odbornými a budú pre konanie vo veci samej významné, súd vždy ustanoví znalca. Odvolací súd sa tiež stotožnil s priznanou výškou náhrady škody navrhovateľovi stotožňujúc sa v celom rozsahu s jej odôvodnením. Za správne považoval aj rozhodnutie súdu prvého stupňa v časti týkajúcej sa trov konania, keďže navrhovateľ si vyčíslil náhradu škody a v konaní mal len úspech čiastočný. Z týchto dôvodov odvolací súd rozsudok súdu prvého stupňa v napadnutej zamietajúcej časti ako vecne správny podľa § 219 ods. 1 O.s.p. potvrdil. O náhrade trov odvolacieho konania rozhodol odvolací súd podľa § 224 ods. 1 as § 142 ods. 1 O.s.p. v spojení s § 151 ods. 1 O.s.p. a odporcovi, úspešnému v odvolacom konaní, náhradu trov odvolacieho konania nepriznal, nakoľko si ich náhradu neuplatnil a ani mu žiadne trovy nevznikli. Toto rozhodnutie bolo prijaté senátom Krajského súdu v Bratislave pomerom hlasov 3:0. Poučenie: Tento rozsudok nemožno napadnúť odvolaním.</w:t>
      </w:r>
    </w:p>
    <w:p/>
    <w:p>
      <w:r>
        <w:t>Zdroj: KAUZIS.SK – https://www.kauzis.sk/judikatura/r/ECLI:SK:KSBA:2016:1015893244.2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