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2Ntok/3/2016 z 23. 11. 2016</w:t>
      </w:r>
    </w:p>
    <w:p>
      <w:r>
        <w:t>Uznesenie Krajského súdu Bratislava z 23. novembra 2016, sp. zn. 2Ntok/3/2016, ECLI:SK:KSBA:2016:1016010009.1</w:t>
      </w:r>
    </w:p>
    <w:p>
      <w:r>
        <w:t>Súd: Krajský súd Bratislava</w:t>
      </w:r>
    </w:p>
    <w:p>
      <w:r>
        <w:t>Spisová značka: 2Ntok/3/2016</w:t>
      </w:r>
    </w:p>
    <w:p>
      <w:r>
        <w:t>ECLI: ECLI:SK:KSBA:2016:1016010009.1</w:t>
      </w:r>
    </w:p>
    <w:p>
      <w:r>
        <w:t>Dátum vydania: 23. 11. 2016</w:t>
      </w:r>
    </w:p>
    <w:p>
      <w:r>
        <w:t>Forma: Uznesenie</w:t>
      </w:r>
    </w:p>
    <w:p>
      <w:r>
        <w:t>Oblasť práva: Trestné právo</w:t>
      </w:r>
    </w:p>
    <w:p>
      <w:pPr>
        <w:pStyle w:val="Heading2"/>
      </w:pPr>
      <w:r>
        <w:t>Text rozhodnutia</w:t>
      </w:r>
    </w:p>
    <w:p>
      <w:r>
        <w:t>Súd: Krajský súd Bratislava Spisová značka: 2Ntok/3/2016 Identifikačné číslo súdneho spisu: 1016010009 Dátum vydania rozhodnutia: 24. 11. 2016 Meno a priezvisko sudcu, VSÚ: JUDr. Kamil Ivánek ECLI: ECLI:SK:KSBA:2016:1016010009.1 Uznesenie Krajský súd v Bratislave, v trestnej veci odsúdenej Y. C., odsúdenej pre pokus trestného činu nedovolenej výroby a držby omamnej látky, psychotropnej látky, jedu a prekurzora a obchodovania s nimi podľa § 8 ods. 1 k § 187 ods. 1, ods. 2 písm. a/, ods. 4 písm. c/ Tr. zák. Českej republiky, o návrhu odsúdenej na povolenie obnovy konania proti rozsudku Krajského súdu v Bratislave sp. zn. 4Ntc/14/2015 zo dňa 15.12.2015, dňa 24. novembra 2016 r o z h o d o l : Podľa § 396 ods. 8 Tr. por. predseda senátu berie na vedomie späťvzatie návrhu odsúdenej Y. C. zo dňa XX.XX.XXXX na povolenie obnovy konania vo veci vedenej na Krajskom súde v Bratislave pod sp. zn. 4Ntc/14/2015. o d ô v o d n e n i e : Dňa 08.07.2016 podala odsúdená Y. C. návrh na povolenie obnovy konania vo veci vedenej na Krajskom súde v Bratislave pod sp. zn. 4Ntc/14/2015. Dňa 24.11.2016 pred otvorením verejného zasadnutia odsúdená Y. C. prehlásila, že ňou podaný návrh na povolenie obnovy konania berie späť. Podľa § 396 ods. 8 Tr. poriadku vzatie návrhu na obnovu konania späť vezme, ak niet prekážok, uznesením na vedomie predseda senátu súdu, ktorý vo veci koná. Predseda senátu, keďže nezistil takú zákonnú prekážku, ktorá by bránila hore uvedenému postupu, rozhodol tak, ako je uvedené vo výrokovej časti tohto uznesenia. Poučenie: Proti tomuto uzneseniu nie je prípustný ďalší riadny opravný prostriedok.</w:t>
      </w:r>
    </w:p>
    <w:p/>
    <w:p>
      <w:r>
        <w:t>Zdroj: KAUZIS.SK – https://www.kauzis.sk/judikatura/r/ECLI:SK:KSBA:2016:1016010009.1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