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10Sd/2/2016 z 17. 10. 2016</w:t>
      </w:r>
    </w:p>
    <w:p>
      <w:r>
        <w:t>Rozsudok Krajského súdu Bratislava z 17. októbra 2016, sp. zn. 10Sd/2/2016, ECLI:SK:KSBA:2016:1016200033.1</w:t>
      </w:r>
    </w:p>
    <w:p>
      <w:r>
        <w:t>Súd: Krajský súd Bratislava</w:t>
      </w:r>
    </w:p>
    <w:p>
      <w:r>
        <w:t>Spisová značka: 10Sd/2/2016</w:t>
      </w:r>
    </w:p>
    <w:p>
      <w:r>
        <w:t>ECLI: ECLI:SK:KSBA:2016:1016200033.1</w:t>
      </w:r>
    </w:p>
    <w:p>
      <w:r>
        <w:t>Dátum vydania: 17. 10. 2016</w:t>
      </w:r>
    </w:p>
    <w:p>
      <w:r>
        <w:t>Forma: Rozsudok</w:t>
      </w:r>
    </w:p>
    <w:p>
      <w:r>
        <w:t>Oblasť práva: Správne právo</w:t>
      </w:r>
    </w:p>
    <w:p>
      <w:pPr>
        <w:pStyle w:val="Heading2"/>
      </w:pPr>
      <w:r>
        <w:t>Text rozhodnutia</w:t>
      </w:r>
    </w:p>
    <w:p>
      <w:r>
        <w:t>Súd: Krajský súd Bratislava Spisová značka: 10Sd/2/2016 Identifikačné číslo súdneho spisu: 1016200033 Dátum vydania rozhodnutia: 18. 10. 2016 Meno a priezvisko sudcu, VSÚ: JUDr. Beata Jurgošová ECLI: ECLI:SK:KSBA:2016:1016200033.1 ROZSUDOK V MENE SLOVENSKEJ REPUBLIKY Krajský súd v Bratislave sudkyňou JUDr. Beátou Jurgošovou v právnej veci navrhovateľky: V. L., bytom B. XXXX/XX, K. proti odporkyni: Sociálna poisťovňa ústredie v Bratislave, Ul. 29. augusta č. 8, Bratislava, o invalidný dôchodok, takto r o z h o d o l : Súd rozhodnutie odporkyne číslo XXX XXX XXXX X zo dňa 9.7.2015 potvrdzuje. Účastníkom náhradu trov konania nepriznáva. o d ô v o d n e n i e : Rozhodnutím číslo XXX XXX XXXX X zo dňa 9.7.2015 odporkyňa podľa § 70 a § 71 zákona č. 461/2003 Z.z. o sociálnom poistení v znení neskorších predpisov zamietla žiadosť navrhovateľky o invalidný dôchodok zo dňa 2. júna 2015. Rozhodla tak s odôvodnením, že podľa posudku posudkového lekára Sociálnej poisťovne, pobočky Bratislava zo dňa 2. júna 2015, navrhovateľka nie je invalidná, lebo pre dlhodobo nepriaznivý zdravotný stav nemá pokles schopnosti vykonávať zárobkovú činnosť o viac ako 40% v porovnaní so zdravou fyzickou osobou a miera poklesu schopnosti vykonávať zárobkovú činnosť je 20 %. Navrhovateľka návrhom zo dňa 21.7.2015 žiadala preskúmať rozhodnutie odporkyne, poukazovala na svoj nepriaznivý zdravotný stav a žiadala o opätovné prehodnotenie. Súd preskúmal napadnuté rozhodnutie podľa § 250l a nasl. O.s.p., prejednal návrh navrhovateľky a dospel k záveru, že návrh nie je dôvodný. Súd vykonal dokazovanie výsluchom navrhovateľky a odporkyne, posudkom posudkového lekára Sociálnej poisťovne pobočky Bratislava zo dňa 2.6.2015 a 29.9.2015, posudkom posudkového lekára Sociálnej poisťovne ústredie Bratislava zo dňa 17.12.2015,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V posudzovanej veci žiadosť navrhovateľky zo dňa 2. júna 2015 o invalidný dôchodok bola zamietnutá. Podľa posudku posudkového lekára sociálneho poistenia Sociálnej poisťovne pobočky Bratislava zo dňa 2.6.2015, navrhovateľka nie je invalidná podľa § 71 ods. 1 zákona č. 461/2003 Z.z. o sociálnom poistení v znení neskorších predpisov, lebo má mieru poklesu schopnosti vykonávať zárobkovú činnosť 20 % v porovnaní so zdravou fyzickou osobou. Rozhodujúcim zdravotným postihnutím u navrhovateľky bolo zdravotné postihnutie zaradené do kapitoly XIII, oddiel B, položka 1 písm. a) prílohy č. 4 zákona č. 461/2003 Z.z., kde mieru poklesu schopnosti vykonávať zárobkovú činnosť stanovil na 20 %. Na ostatné ochorenia, ktoré nie sú rozhodujúcim zdravotným postihnutím, ale svojou podstatou neovplyvňujú funkčný stav organizmu, posudkový lekár nenavýšil percentuálnu mieru poklesu schopnosti zárobkovej činnosti o 0 % (najviac o 10 %). Navrhovateľka podala dňa 21.7.2015 opravný prostriedok, v ktorom poukázala na nepriaznivý zdravotný stav a žiadala opätovne preskúmať a prehodnotiť zdravotný stav. Posudkový lekár Sociálnej poisťovne pobočka Bratislava v posudku zo dňa 29. 9.2015 uviedol, že navrhovateľka je dlhodobo sledovaná u pľúcneho lekára pre chronickú bronchitídu ako chronická obštrukčná choroba pľúc, ktorú možno klasifikovať ako ľahkú až stredne ťažkú, bez respiračnej insuficiencie. Chorobu nemožno posúdiť na invaliditu, nakoľko MPSVZČ je len 20%, čo je horná hodnota uvedenej položky. Okrem pľúcnej choroby iné závažné ochorenia nemá. Nie je invalidná, stupeň MPSVZČ je 20% pre daný stupeň ochorenia. Ďalej uviedol, že rozhodujúcim zdravotným postihnutím sú choroby dýchacej sústavy, choroby dolných dýchacích ciest, chronická obštrukčná choroba pľúc, štádium I. mierny stupeň (Kapitola VIII, Oddielu B, pod Položkou 1, písm. a)). Posudkový lekár Sociálnej poisťovne ústredie Bratislava v posudku zo dňa 17.decembra 2015 uviedol, že navrhovateľka nedoložila žiadne nové lekárske nálezy. Konštatoval, že navrhovateľka nespĺňa posudkové kritériá pre priznanie invalidity. Posledné doložené odborné pľúcne vyšetrenie zo dňa 21.9.2015 konštatuje ľahký stupeň obštrukčnej ventilačnej poruchy, hodnoty vitálnej kapacity pľúc dosahujú 96 % normy.Ostatné ochorenia a postihnutia nie sú takého závažného stupňa, aby podmieňovali zmenu rozhodujúceho postihnutia alebo zvýšenie MPSVZČ. Ďalej uviedol, že navrhovateľka nie je invalidná podľa § 71 ods. 1 zákona č. 461/2003 Z.z. o sociálnom poistení, lebo pre dlhodobo nepriaznivý zdravotný stav nemá pokles schopnosti vykonávať zárobkovú činnosť o viac ako 40 % v porovnaní so zdravou fyzickou osobou. Miera poklesu schopnosti vykonávať zárobkovú činnosť v percentách je 20 %. Navrhovateľka na pojednávaní predložila lekársku správu zo dňa 25.04.2016. Poukázala na to, že má ťažkosti s dýchaním, v noci sa budí na šťaženie dýchania, má chronické ochorenie. Zástupkyňa odporkyne žiadala rozhodnutie zo dňa 9.7.2015 o zamietnutí žiadosti o invalidný dôchodok potvrdiť. Uviedla, že napadnuté rozhodnutie bolo vydané správne a objektívne zisteným skutkovým stavom. Posudkoví lekári sociálneho poistenia Sociálnej poisťovne pobočka Bratislava ako aj posudkový lekár sociálneho poistenia Sociálnej poisťovne ústredie Bratislava vo svojich vyššie uvedených posudkoch zohľadnili všetky navrhovateľkou uvádzané ťažkosti a vysporiadali sa s lekárskymi nálezmi nachádzajúcimi sa v zdravotnej dokumentácii navrhovateľky. Podľa záverov posudkových lekárov sociálneho poistenia zhoršenie zdravotného stavu navrhovateľky nie je na takej úrovni, ktorá by podľa ustanovenia § 71 zákona č. 461/2003 Z.z. o sociálnom poistení v znení neskorších predpisov zakladala vznik invalidity. Posudkový lekár sociálneho poistenia v posudku zo dňa 17.12.2015, určil u navrhovateľky mieru poklesu schopnosti vykonávať zárobkovú činnosť 20 % v porovnaní so zdravou fyzickou osobou. Navrhovateľka predloženými odbornými lekárskymi nálezmi nepreukázala, že jej zdravotný stav odôvodňuje vznik invalidity. Posudkový lekár určil, že rozhodujúcim zdravotným postihnutím u navrhovateľky sú choroby dýchacej sústavy, choroby dolných ciest dýchacích, chronická obštrukčná choroba pľúc, štádium I.: mierny (ľahký) stupeň FEV 1 &gt; 80% referenčných hodnôt, FEV 1/FVC &lt; 70%, J 44, 20% ( kapitola VIII, oddiel B, položka 1.a) prílohy č. 4 zákona č. 461/2003 Z.z.). Určil mieru poklesu schopnosti vykonávať zárobkovú činnosť 20 %. Za ostatné ochorenia nezvýšil percentuálnu mieru. Celková miera poklesu schopnosti vykonávať zárobkovú činnosť u navrhovateľky je 20 %. Navrhovateľka nie je invalidná podľa § 71 ods. 1 zákona č. 461/2003 Z.z. o sociálnom poistení, lebo pre dlhodobo nepriaznivý zdravotný stav nemá pokles schopnosti vykonávať zárobkovú činnosť o viac ako 40 % v porovnaní so zdravou fyzickou osobou. Zistenia posudkových lekárov neboli spochybnené ani v súdnom konaní, nakoľko ani novšie lekárske nálezy nepreukázali zhoršenie zdravotného stavu navrhovateľky. Závery posudkov posudkových lekárov sú odborné, presvedčivé, náležite zdôvodnené a súd nezistil rozpor medzi ich závermi a zisteným skutočným stavom. Krajský súd preto z vyššie uvedených dôvodov napadnuté rozhodnutie odporkyne číslo XXX XXX XXXX X zo dňa 9.7.2015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https://www.kauzis.sk/judikatura/r/ECLI:SK:KSBA:2016:1016200033.1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