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10Sd/4/2016 z 20. 6. 2016</w:t>
      </w:r>
    </w:p>
    <w:p>
      <w:r>
        <w:t>Rozsudok Krajského súdu Bratislava z 20. júna 2016, sp. zn. 10Sd/4/2016, ECLI:SK:KSBA:2016:1016200035.1</w:t>
      </w:r>
    </w:p>
    <w:p>
      <w:r>
        <w:t>Súd: Krajský súd Bratislava</w:t>
      </w:r>
    </w:p>
    <w:p>
      <w:r>
        <w:t>Spisová značka: 10Sd/4/2016</w:t>
      </w:r>
    </w:p>
    <w:p>
      <w:r>
        <w:t>ECLI: ECLI:SK:KSBA:2016:1016200035.1</w:t>
      </w:r>
    </w:p>
    <w:p>
      <w:r>
        <w:t>Dátum vydania: 20. 6. 2016</w:t>
      </w:r>
    </w:p>
    <w:p>
      <w:r>
        <w:t>Forma: Rozsudok</w:t>
      </w:r>
    </w:p>
    <w:p>
      <w:r>
        <w:t>Oblasť práva: Správne právo</w:t>
      </w:r>
    </w:p>
    <w:p>
      <w:pPr>
        <w:pStyle w:val="Heading2"/>
      </w:pPr>
      <w:r>
        <w:t>Text rozhodnutia</w:t>
      </w:r>
    </w:p>
    <w:p>
      <w:r>
        <w:t>Súd: Krajský súd Bratislava Spisová značka: 10Sd/4/2016 Identifikačné číslo súdneho spisu: 1016200035 Dátum vydania rozhodnutia: 21. 06. 2016 Meno a priezvisko sudcu, VSÚ: JUDr. Beata Jurgošová ECLI: ECLI:SK:KSBA:2016:1016200035.1 ROZSUDOK V MENE SLOVENSKEJ REPUBLIKY Krajský súd v Bratislave sudkyňou JUDr. Beátou Jurgošovou v právnej veci navrhovateľa: P. Č., bytom K. XX, O., proti odporkyni: Sociálnej poisťovni ústredie v Bratislave, Ul. 29. augusta č. 8, Bratislava, o invalidný dôchodok, takto r o z h o d o l : Súd rozhodnutie odporkyne číslo XXX XXX XXXX X zo dňa 16. decembra 2015 potvrdzuje. Účastníkom náhradu trov konania nepriznáva. o d ô v o d n e n i e : Rozhodnutím číslo XXX XXX XXXX X zo dňa 16. decembra 2015 odporkyňa podľa § 70 ods. 1 zákona č. 461/2003 Z.z. o sociálnom poistení v znení neskorších predpisov zamietla žiadosť navrhovateľa o invalidný dôchodok. Rozhodla tak s odôvodnením, že navrhovateľ ku dňu vzniku invalidity získal 7 rokov a 2 dni obdobia dôchodkového poistenia, čím nesplnil podmienku potrebného počtu rokov obdobia dôchodkového poistenia na vznik nároku na invalidný dôchodok. Navrhovateľ návrhom zo dňa 21.01.2016 žiadal preskúmať rozhodnutie odporkyne číslo XXX XXX XXXX X zo dňa 16. decembra 2015 a uviedol, že nesúhlasí s rozhodnutím a poukázal na to, že už ako dieťa chodil po nemocniciach a opakovane sa liečil na psychiatrii v Levoči. Odporkyňa v písomnom vyjadrení zo dňa 1.2.2016 poukázala na to, že rozhodnutím číslo XXX XXX XXXX X zo dňa 18. decembra 2015 bolo podľa § 112 zákona č. 461/2003 Z.z. o sociálnom poistení v znení neskorších predpisov v rámci autoremedúry zrušené rozhodnutie číslo XXX XXX XXXX X zo dňa 10. júna 2015 o zamietnutí žiadosti o priznanie invalidného dôchodku. Napadnutým rozhodnutím číslo XXX XXX XXXX X zo dňa 16. decembra 2015 bola navrhovateľovi podľa § 70 ods. 1 zákona o sociálnom poistení zamietnutá žiadosť o invalidný dôchodok.Vzhľadom na uvedené skutočnosti žiadala napadnuté rozhodnutie číslo XXX XXX XXXX X zo dňa 16. decembra 2015 ako vecne správne potvrdiť. Krajský súd preskúmal napadnuté rozhodnutie podľa § 250l a nasl. O.s.p., prejednal návrh navrhovateľa a dospel k záveru, že návrh nie je dôvodný. Krajský súd vykonal dokazovanie výsluchom účastníkov, posudkom posudkového lekára Sociálnej poisťovne pobočky Bratislava zo dňa 28. augusta 2015 a zo dňa 18. mája 2015, posudkom posudkového lekára Sociálnej poisťovni ústredie Bratislava zo dňa 2. decembra 2015 a 7. decembra 2015, oboznámil sa obsahom posudkového spisu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72 ods. 1 písm. g) cit. zákona počet rokov dôchodkového poistenia na vznik nároku na invalidný dôchodok poistenca vo veku nad 45 rokov je 15 rokov. Podľa § 72 ods. 2 cit. zákona počet rokov dôchodkového poistenia na vznik nároku na invalidný dôchodok sa zisťuje z obdobia pred vznikom invalidity.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Posudkový lekár Sociálnej poisťovne pobočka Bratislava v posudku zo dňa 18. mája 2015 uviedol, že rozhodujúcim zdravotným postihnutím odôvodňujúcim invaliditu navrhovateľa je zdravotné postihnutie zaradené do kapitoly V., položka 6 písm. a) prílohy č. 4 zákona č. 461/2003 Z.z. o sociálnom poistení. Mieru poklesu schopnosti vykonávať zárobkovú činnosť určil 60 %. Dátum vzniku invalidity určil od 14.4.2015 v zhode so žiadosťou. V rámci konania o pravnom prostriedku bol opätovne posúdený zdravotný stav navrhovateľa posudkovým lekárom Sociálnej poisťovni pobočka Bratislava, ktorý v posudku zo dňa 28. augusta 2015 konštatoval, že nové odborné nálezy, ktoré by podmieňovali zmenu posudkových skutočností neboli doložené, preto bez zmeny posudkového záveru, je navrhovateľ naďalej invalidný s mierou poklesu 60 % s dátumom vzniku invalidity od 14.4.2015. Posudkový lekár Sociálnej poisťovne ústredie Bratislava v posudku zo dňa 2. decembra 2015 a 7. decembra 2015 konštatoval, že navrhovateľ požiadal o invalidný dôchodok dňa 18.5.2015, posudkovou lekárkou Sociálnej poisťovne, pobočka Bratislava bol uznaný invalidným s mierou poklesu schopnosti vykonávať zárobkovú činnosť 60% na rozhodujúce zdravotné postihnutie - mentálnu retardáciu ľahkého stupňa, zaradenú v Prílohe č. 4 k zákonu č. 461/2003 Z.z. o sociálnom poistení (Kapitola V - Duševné choroby a poruchy správania, Položka 6a) - Mentálna retardácia, ľahká mentálna retardácia (horné, stredné a dolné pásmo, IQ v pásme 50-69, s prihliadnutím na sociálnu prispôsobivosť). Na toto postihnutie bola zvolená horná hranica z percentuálneho rozpätia 40 až 60 % pre túto položku. Dátum vzniku invalidity bol určený dňom 14.4.2015, v zhode so žiadosťou poistenca. Proti rozhodnutiu Sociálnej poisťovne ústredie o zamietnutí žiadosti o invalidný dôchodok (z dôvodu nesplnenia podmienky potrebnej doby poistenia) podal navrhovateľ opravný prostriedok, na základe čoho bol jeho zdravotný stav opätovne posúdený posudkovým lekárom Sociálnej poisťovne, pobočka Bratislava s rovnakým zdravotným záverom. Sprievodkyňa navrhovateľa pani U. doručila k nahliadnutiu zdravotnú kartu poistenca od praktického lekára. V tejto sa nachádza jedno neurologické vyšetrenie z roku 1972 (rukou písané, na výmennom lístku, kde sa uvádza neurologický nález veku primeraný a žiadosť o doručenie kompletnej zdravotnej dokumentácie). Ďalším je záznam zo Sociálnej poisťovne z roku 1996, kde sa uvádza, že posudková komisia v roku 1995 uznala navrhovateľa za čiastočne invalidného, ale dôchodok mu nebol vyplácaný pre nesplnenie potrebnej doby zamestnania. Z psychiatrickej dokumentácie je v zdravotnej karte iba 1. časť z Prepúšťacej správy z psychiatrického oddelenia v Levoči z roku 2001, kde je napísané, že ide o 3. pobyt pacienta na oddelení, ale chýba druhá časť správy, kde sa nachádza priebeh ochorenia i diagnostický záver a liečba. Táto hospitalizácia bola vo veku 39 rokov poistenca, a teda z nej nemožno usudzovať, či bol od malička mentálne retardovaný. V zdravotnej karte sa nachádzajú aj kusé údaje, že menovaný nikdy do školy nechodil, i keď nikdy nebol oslobodený od školskej dochádzky. Vzhľadom k tomu, že nie sú žiadne objektívne údaje o predchorobí žiadateľa, ktorý však bol v roku 1988 a v roku 2005 aj zamestnaný, nepovažuje za dôvodné určovať ako rozhodujúce zdravotné postihnutie mentálnu retardáciu, ktorá by musela vzniknúť do dvoch rokov veku, ale organickú duševnú poruchu, zaradenú v prílohe č. 4 do Kapitoly V, položky 1.b) - Organické duševné poruchy, poruchy intelektu, emovity, afektivity (organický psychosyndróm, perinatálne poškodenie, Alzheimerova demencia, Pickova demencia pri Creudsfeldtovej - Jakobovej chorobe, Huntingtonovej chorobe a pod.). Na toto postihnutie určil MPSVZČ 60%, čo je na hranici dolnej tretiny z percentuálneho rozpätia 50 až 80 % na túto položku, s ohľadom na to, že poistenec bol schopný pracovať. Dátum vzniku invalidity určil na deň 22.1.2015, kedy bolo rozhodujúce zdravotné postihnutie dokumentované odborným psychiatrickým vyšetrením. Kontrolnú lekársku prehliadku s ohľadom na vek a charakter postihnutia určil ako nepotrebnú. Miera poklesu schopnosti vykonávať zárobkovú činnosť je 60%. Rozhodujúcim zdravotným postihnutím u navrhovateľa sú duševné choroby a poruchy správania, organické duševné poruchy, poruchy intelektu, emotivity, afektivity (organický psychosyndróm, perinatálne poškodenie, Alzheimerova demencia, Pickova demencia pri Creudsfeldtovej - Jakobovej chorobe, Huntingtonovej chorobe a pod.), F07 (Kapitola V., položka 1.b) prílohy č. 4 zákona č. 461/2003 Z.z. o sociálnom poistení), kde mieru poklesu schopnosti vykonávať zárobkovú činnosť stanovil na 60 %. Ďalej uviedol, že navrhovateľ je naďalej invalidný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je 60%. Invalidita vznikla v dôsledku choroby. Dátum vzniku invalidity stanovil od 22.1.2015. Sprievodkyňa navrhovateľa na pojednávaní uviedla, že by bolo dobré, keby bol navrhovateľ uznaný invalidným z mladosti. Poukázala na to, že na Sociálnu poisťovňu podala z Vojenskej správy správu (potvrdenie), prečo navrhovateľ nebol na vojenskej službe. Uviedla, že bolo tam uvedené, že prekonal detskú obrnu, že nevidí a je nepočujúci. Zástupca odporkyne uviedol, že navrhovateľ v roku 1995 požiadal prvý krát o čiastočný invalidný dôchodok, jeho žiadosť bola zamietnutá, pretože nespĺňal druhú podmienku nároku na invalidný dôchodok, a to potrebný počet rokov dôchodkového poistenia. S odstupom času navrhovateľ znovu požiadal odporkyňu o invalidný dôchodok, jeho žiadosť bola zamietnutá rozhodnutím zo dňa 10.6.2015, pretože pred vznikom invalidity, t.j. 14.04.2015 získal celkovo 7 rokov a 2 dní dôchodkového poistenia. Nárok na invalidný dôchodok u poistenca vo veku nad 45 rokov je podmienený získaním najmenej 15 rokov dôchodkového poistenia. Vzhľadom na uvedené žiadal napadnuté rozhodnutie ako vecne správne potvrdiť. Ohľadom podanej správy týkajúcej sa navrhovateľa, že nebol na vojenskej službe uviedol, že tieto dokumenty sa v spise navrhovateľa nenachádzajú. Z vykonaného dokazovania mal súd za preukázané, že posudkový lekár sociálneho poistenia Sociálnej poisťovne ústredie Bratislava v posudku zohľadnil všetky navrhovateľom uvádzané ťažkosti a vysporiadal sa s lekárskymi nálezmi nachádzajúcimi sa v zdravotnej dokumentácii navrhovateľa a určil, že rozhodujúcim zdravotným postihnutím u navrhovateľa sú duševné choroby a poruchy správania, organické duševné poruchy, poruchy intelektu, emotivity, afektivity (organický psychosyndróm, perinatálne poškodenie, Alzheimerova demencia, Pickova demencia pri Creudsfeldtovej-Jakobovej chorobe, Huntingtonovej chorobe a pod.), F07 (Kapitola V., položka 1b) prílohy č. 4 zákona č. 461/2003 Z.z.). Určil mieru poklesu schopnosti vykonávať zárobkovú činnosť 60 %. Celková miera poklesu schopnosti vykonávať zárobkovú činnosť u navrhovateľa je 60 %. Dátum vzniku invalidity stanovil od 22.01.2015. Navrhovateľ je invalidný podľa § 71 ods. 1 zákona č. 461/2003 Z.z. o sociálnom poistení, lebo pre dlhodobo nepriaznivý zdravotný stav má pokles schopnosti vykonávať zárobkovú činnsoť o viac ako 40 % v porovnaní so zdravou fyzickou osobou. Z vyššie uvedeného vyplýva, že navrhovateľ splnil medicínsku podmienku nároku na invalidný dôchodok. Navrhovateľ ku dňu vzniku invalidity, t.j. 22.01.2015 dosiahol vek 52 rokov, preto splnenie zákonom stanovenej podmienky získania potrebného počtu rokov obdobia dôchodkového poistenia na nárok na invalidný dôchodok, je podmienené získaním najmenej 15 rokov obdobia dôchodkového poistenia pred vznikom invalidity. Z obsahu evidenčného a spisového materiálu vyplýva, že navrhovateľ pred vznikom invalidity, získal celkovo 2 557 dní, t.j. 7 rokov a 2 dni dôchodkového poistenia a nie 15 rokov, čím nesplnil podmienku potrebného počtu rokov obdobia dôchodkového poistenia na vznik nároku na invalidný dôchodok. Odporkyňa preto správne rozhodla, keď žiadosť navrhovateľa o priznanie invalidného dôchodku zamietla, pretože pre priznanie invalidného dôchodku je potrebné splniť obidve podmienky stanovené v § 70 ods. 1 zákona č. 461/2003 Z.z. o sociálnom poistení a to invaliditu z hľadiska zdravotného stavu a pracovnej schopnosti a preukázania 15 rokov zamestnania, z čoho druhú podmienku navrhovateľ nesplnil. Krajský súd preto z vyššie uvedených dôvodov napadnuté rozhodnutie číslo XXX XXX XXXX X zo dňa 16. decembra 2015 podľa § 250q ods. 2 O.s.p. ako vecne správne potvrdil. O trovách konania súd rozhodol podľa § 250k ods. 1 v spojení s § 250l ods. 2 O.s.p. Navrhovateľ nebol v konaní úspešný, a preto mu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https://www.kauzis.sk/judikatura/r/ECLI:SK:KSBA:2016:1016200035.1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