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5Sd/3/2016 z 26. 4. 2016</w:t>
      </w:r>
    </w:p>
    <w:p>
      <w:r>
        <w:t>Uznesenie Krajského súdu Bratislava z 26. apríla 2016, sp. zn. 5Sd/3/2016, ECLI:SK:KSBA:2016:1016200036.1</w:t>
      </w:r>
    </w:p>
    <w:p>
      <w:r>
        <w:t>Súd: Krajský súd Bratislava</w:t>
      </w:r>
    </w:p>
    <w:p>
      <w:r>
        <w:t>Spisová značka: 5Sd/3/2016</w:t>
      </w:r>
    </w:p>
    <w:p>
      <w:r>
        <w:t>ECLI: ECLI:SK:KSBA:2016:1016200036.1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5Sd/3/2016 Identifikačné číslo súdneho spisu: 1016200036 Dátum vydania rozhodnutia: 27. 04. 2016 Meno a priezvisko sudcu, VSÚ: JUDr. Milota Tóthová ECLI: ECLI:SK:KSBA:2016:1016200036.1 Uznesenie Krajský súd v Bratislave v právnej veci navrhovateľa I. Š., H. Č. XXXX/XX, H.,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13.7.2015 žiadal preskúmať rozhodnutie odporkyne číslo XXX XXX XXXX X zo dňa 12.6.2015, ktorým odporkyňa zamietla žiadosť navrhovateľa o invalidný dôchodok zo dňa 7. mája 2015. Prehlásením na pojednávaní dňa 27.4.2016 navrhovateľ vzal späť návrh zo dňa 13.7.2015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https://www.kauzis.sk/judikatura/r/ECLI:SK:KSBA:2016:1016200036.1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