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10Sd/8/2016 z 17. 10. 2016</w:t>
      </w:r>
    </w:p>
    <w:p>
      <w:r>
        <w:t>Rozsudok Krajského súdu Bratislava z 17. októbra 2016, sp. zn. 10Sd/8/2016, ECLI:SK:KSBA:2016:1016200056.2</w:t>
      </w:r>
    </w:p>
    <w:p>
      <w:r>
        <w:t>Súd: Krajský súd Bratislava</w:t>
      </w:r>
    </w:p>
    <w:p>
      <w:r>
        <w:t>Spisová značka: 10Sd/8/2016</w:t>
      </w:r>
    </w:p>
    <w:p>
      <w:r>
        <w:t>ECLI: ECLI:SK:KSBA:2016:1016200056.2</w:t>
      </w:r>
    </w:p>
    <w:p>
      <w:r>
        <w:t>Dátum vydania: 17. 10. 2016</w:t>
      </w:r>
    </w:p>
    <w:p>
      <w:r>
        <w:t>Forma: Rozsudok</w:t>
      </w:r>
    </w:p>
    <w:p>
      <w:r>
        <w:t>Oblasť práva: Správne právo</w:t>
      </w:r>
    </w:p>
    <w:p>
      <w:pPr>
        <w:pStyle w:val="Heading2"/>
      </w:pPr>
      <w:r>
        <w:t>Text rozhodnutia</w:t>
      </w:r>
    </w:p>
    <w:p>
      <w:r>
        <w:t>Súd: Krajský súd Bratislava Spisová značka: 10Sd/8/2016 Identifikačné číslo súdneho spisu: 1016200056 Dátum vydania rozhodnutia: 18. 10. 2016 Meno a priezvisko sudcu, VSÚ: JUDr. Beata Jurgošová ECLI: ECLI:SK:KSBA:2016:1016200056.2 ROZSUDOK V MENE SLOVENSKEJ REPUBLIKY Krajský súd v Bratislave sudkyňou JUDr. Beátou Jurgošovou v právnej veci navrhovateľa: A. Z., bytom T. X/XX, Z. proti odporkyni: Sociálna poisťovňa ústredie v Bratislave, Ul. 29. augusta č. 8, Bratislava, o invalidný dôchodok, takto r o z h o d o l : Súd rozhodnutie odporkyne číslo XXX XXX XXXX X zo dňa 3.6.2015 p o t v r d z u j e . Účastníkom náhradu trov konania nepriznáva. o d ô v o d n e n i e : Rozhodnutím číslo XXX XXX XXXX X zo dňa 3.6.2015 odporkyňa podľa § 70 a § 71 zákona č. 461/2003 Z.z. o sociálnom poistení v znení neskorších predpisov zamietla žiadosť navrhovateľa o invalidný dôchodok zo dňa 27. mája 2015. Rozhodla tak s odôvodnením, že podľa posudku posudkového lekára Sociálnej poisťovne, pobočky Bratislava zo dňa 27. mája 2015, navrhovateľ nie je invalidný, lebo pre dlhodobo nepriaznivý zdravotný stav nemá pokles schopnosti vykonávať zárobkovú činnosť o viac ako 40% v porovnaní so zdravou fyzickou osobou a miera poklesu schopnosti vykonávať zárobkovú činnosť je 30 %. Navrhovateľ návrhom zo dňa 21.7.2015 žiadal preskúmať rozhodnutie odporkyne, poukazoval na svoj nepriaznivý zdravotný stav a žiadal o opätovné posúdenie zdravotného stavu. Súd preskúmal napadnuté rozhodnutie podľa § 250l a nasl. O.s.p., prejednal návrh navrhovateľa a dospel k záveru, že návrh nie je dôvodný. Súd vykonal dokazovanie výsluchom navrhovateľa a odporkyne, posudkom posudkového lekára Sociálnej poisťovne pobočky Bratislava zo dňa 27.5.2015 a 23.9.2015, posudkom posudkového lekára Sociálnej poisťovne ústredie Bratislava zo dňa 16.12.2015 a 30.8.2016,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112 ods. 4 zákona č. 461/2003 Z.z. o sociálnom poistení v znení neskorších predpisov výplata dávky sa zastaví, uvoľní alebo sa dávka vypláca v nižšej sume alebo vo vyššej sume, ak sa zmenia skutočnosti rozhodujúce na nárok na výplatu dávky. V posudzovanej veci žiadosť navrhovateľa zo dňa 27. mája 2015 o invalidný dôchodok bola zamietnutá. Podľa posudku posudkového lekára sociálneho poistenia Sociálnej poisťovne pobočky Bratislava zo dňa 27.5.2015, navrhovateľ nie je invalidný podľa § 71 ods. 1 zákona č. 461/2003 Z.z. o sociálnom poistení v znení neskorších predpisov, lebo má mieru poklesu schopnosti vykonávať zárobkovú činnosť 30 % v porovnaní so zdravou fyzickou osobou. Rozhodujúcim zdravotným postihnutím u navrhovateľa bolo zdravotné postihnutie zaradené do kapitoly XV, oddiel G, položka 57 písm. a) prílohy č. 4 zákona č. 461/2003 Z.z., kde mieru poklesu schopnosti vykonávať zárobkovú činnosť stanovil na 30 %. Na ostatné ochorenia, ktoré nie sú rozhodujúcim zdravotným postihnutím, ale svojou podstatou neovplyvňujú funkčný stav organizmu, posudkový lekár nenavýšil percentuálnu mieru poklesu schopnosti zárobkovej činnosti o 0 % (najviac o 10 %). Navrhovateľ podal dňa 15.7.2015 opravný prostriedok, v ktorom poukázal na stále sa zhoršujúci zdravotný stav ľavej päty, ktorý sa nelepší. Žiadal opätovne preskúmať a prehodnotiť zdravotný stav. Posudkový lekár Sociálnej poisťovne pobočka Bratislava v posudku zo dňa 23. 9.2015 uviedol, že navrhovateľ bol posúdený dňa 27.5.2015 s MPSVZČ 30 % pre 1/3 obmedzenie pohyblivosti v ľavom talokalkaneárnom (členkovom) zhybe. K posúdeniu predložil neurologické vyšetrenie chrbtice realizované po obdržaní rozhodnutia o neuznaní invalidity. Podľa doloženej zdravotnej dokumentácie bol liečený 16.7.2003 pre cervikobrachiálny (krčný) pseudoradikulárny syndróm. Odvtedy iné záznamy o ošetrení pre bolesti chrbtice v záznamoch nie sú. Poukázal na to, že toho času doručené neurologické vyšetrenia dokumentujú ochorenie, ktoré nespĺňa kritéria podľa § 71 zákona č. 461/2003 Z.z. o dlhodobo nepriaznivom zdravotnom stave. Chorobu navrhovateľa nemožno posúdiť na invaliditu, nakoľko MPSVZČ je len 30%. Ďalej uviedol, že rozhodujúcim zdravotným postihnutím sú choroby podporného a pohybového aparátu, postihnutie končatín, pes equinovarus a iné poškodenia funkcie nohy (stavy po zlomenine pätnej kosti, podľa poruchy funkcie nohy, s ťažkou deformáciou a ťažkou poruchou chôdze); jednostranné postihnutie (Kapitola XV, Oddiel G, pod Položkou 57) písm. a)). Posudkový lekár Sociálnej poisťovne ústredie Bratislava v posudku zo dňa 16. decembra 2015 uviedol, že navrhovateľ nedoložil žiadne nové lekárske nálezy. Konštatoval, že navrhovateľ nespĺňa posudkové kritériá pre priznanie invalidity. Posúdenie jeho rozhodujúceho zdravotného postihnutia ťažkým stupňom je priaznivé. V prípade, že by bolo jeho rozhodujúce zdravotné postihnutie hodnotené podľa posledného doloženého traumatologického nálezu zo dňa 12.3.2015, tak by rozhodujúce zdravotné postihnutie malo byť hodnotené položkou 55.a) stuhnutie dolného členkového kĺbu v priaznivom postavení (stredné postavenie) s MPSVZČ 15 až 20 %. Bolesti v driekovo-krížovej časti chrbtice sú v tejto vekovej skupine prítomné takmer u každého vyšetrovaného, zobrazovacie vyšetrenie magnetickou rezonanciou dňa 13.8.2015 nepreukázalo také chorobné zmeny, ktoré by podmieňovali zmenu rozhodujúceho zdravotného postihnutia. Zobrazované zmeny kostry a medzistavcových platničiek sú veku primerané. Z uvedených dôvodov nie je možné zvýšiť MPSVZČ na bolesti chrbta. Ďalej uviedol, že navrhovateľ nie je invalidný podľa § 71 ods. 1 zákona č. 461/2003 Z.z. o sociálnom poistení, lebo pre dlhodobo nepriaznivý zdravotný stav nemá pokles schopnosti vykonávať zárobkovú činnosť o viac ako 40 % v porovnaní so zdravou fyzickou osobou. Miera poklesu schopnosti vykonávať zárobkovú činnosť v percentách je 30 %. Posudkový lekár Sociálnej poisťovne ústredie Bratislava v posudku zo dňa 30.8.2016 uviedol, že navrhovateľom doložené odborné lekárske nálezy nie sú dôvodom k zmene posudkového záveru, ktorý je rovnaký, ako pri posúdení dňa 27.5.2015, 23.9.2015 a 16.12.2015. Navrhovateľ nie je invalidný podľa § 71 ods. 1 zákona č. 461/2003 Z.z. o sociálnom poistení, lebo pre dlhodobo nepriaznivý zdravotný stav nemá pokles schopnosti vykonávať zárobkovú činnosť o viac ako 40 % v porovnaní so zdravou fyzickou osobou. Navrhovateľ na pojednávaní dňa 18.10.2016 uviedol, že má stále bolesti, tŕpne mu koleno a nemôže ho ohnúť, chodí s barlou, má ťažkosti aj so žalúdkom. Poukázal aj na to, že nemôže spávať. Zástupkyňa odporkyne uviedla, že zdravotný stav navrhovateľa bol opätovne posudzovaný, avšak bez zmeny posudkového záveru, ktorý stanovil MPSVZČ na 30 %, čím nesplnil podmienky vzniku nároku na invalidný dôchodok. Žiadala napadnuté rozhodnutie zo dňa 3.6.2015 o zamietnutí žiadosti o invalidný dôchodok potvrdiť ako vecne správne a vydané v súlade s objektívne zisteným skutkovým stavom. Posudkoví lekári sociálneho poistenia Sociálnej poisťovne pobočka Bratislava ako aj posudkoví lekári sociálneho poistenia Sociálnej poisťovne ústredie Bratislava vo svojich vyššie uvedených posudkoch zohľadnili všetky navrhovateľom uvádzané ťažkosti a vysporiadali sa s lekárskymi nálezmi nachádzajúcimi sa v zdravotnej dokumentácii navrhovateľa. Podľa záverov posudkových lekárov sociálneho poistenia zhoršenie zdravotného stavu navrhovateľa nie je na takej úrovni, ktorá by podľa ustanovenia § 71 zákona č. 461/2003 Z.z. o sociálnom poistení v znení neskorších predpisov zakladala vznik invalidity. Posudkový lekár sociálneho poistenia v posudku zo dňa 27.5.2015, určil u navrhovateľa mieru poklesu schopnosti vykonávať zárobkovú činnosť 30 % v porovnaní so zdravou fyzickou osobou. Navrhovateľ predloženými odbornými lekárskymi nálezmi nepreukázal, že jeho zdravotný stav odôvodňuje vznik invalidity. Posudkový lekár určil, že rozhodujúcim zdravotným postihnutím u navrhovateľa sú choroby podporného a pohybového aparátu, postihnutie končatín, pes equinovarus a iné poškodenia funkcie nohy (stavy po zlomenine pätnej kosti, podľa poruchy funkcie nohy, s ťažkou deformáciou a poruchou chôdze ťažkého stupňa), jednostranné postihnutie (kapitola XV,oddiel G, položka 57.a) prílohy č. 4 zákona č. 461/2003 Z.z.). Určil mieru poklesu schopnosti vykonávať zárobkovú činnosť 30 %. Za ostatné ochorenia nezvýšil percentuálnu mieru. Celková miera poklesu schopnosti vykonávať zárobkovú činnosť u navrhovateľa je 30 %. Navrhovateľ nie je invalidný podľa § 71 ods. 1 zákona č. 461/2003 Z.z. o sociálnom poistení, lebo pre dlhodobo nepriaznivý zdravotný stav nemá pokles schopnosti vykonávať zárobkovú činnosť o viac ako 40 % v porovnaní so zdravou fyzickou osobou. Zistenia posudkových lekárov neboli spochybnené ani v súdnom konaní, nakoľko ani novšie lekárske nálezy nepreukázali zhoršenie zdravotného stavu navrhovateľa. Závery posudkov posudkových lekárov sú odborné, presvedčivé, náležite zdôvodnené a súd nezistil rozpor medzi ich závermi a zisteným skutočným stavom. Krajský súd preto z vyššie uvedených dôvodov napadnuté rozhodnutie odporkyne číslo XXX XXX XXXX X zo dňa 3.6.2015 podľa § 250q ods. 2 O.s.p. ako vecne správne potvrdil. O trovách konania súd rozhodol podľa § 250k ods. 1 v spojení s § 250l ods. 2 O.s.p. Navrhovateľ nebol v konaní úspešný, a odporkyni trovy konania neprislúchajú. Podľa ustanovenia § 492 ods. 1 SSP konania podľa tretej hlavy piatej časti Občianskeho súdneho poriadku začaté predo dňom nadobudnutia účinnnosti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https://www.kauzis.sk/judikatura/r/ECLI:SK:KSBA:2016:1016200056.2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