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2S/5/2016 z 18. 12. 2016</w:t>
      </w:r>
    </w:p>
    <w:p>
      <w:r>
        <w:t>Uznesenie Krajského súdu Bratislava z 18. decembra 2016, sp. zn. 2S/5/2016, ECLI:SK:KSBA:2016:1016200065.2</w:t>
      </w:r>
    </w:p>
    <w:p>
      <w:r>
        <w:t>Súd: Krajský súd Bratislava</w:t>
      </w:r>
    </w:p>
    <w:p>
      <w:r>
        <w:t>Spisová značka: 2S/5/2016</w:t>
      </w:r>
    </w:p>
    <w:p>
      <w:r>
        <w:t>ECLI: ECLI:SK:KSBA:2016:1016200065.2</w:t>
      </w:r>
    </w:p>
    <w:p>
      <w:r>
        <w:t>Dátum vydania: 18. 12. 2016</w:t>
      </w:r>
    </w:p>
    <w:p>
      <w:r>
        <w:t>Forma: Uznesenie</w:t>
      </w:r>
    </w:p>
    <w:p>
      <w:pPr>
        <w:pStyle w:val="Heading2"/>
      </w:pPr>
      <w:r>
        <w:t>Text rozhodnutia</w:t>
      </w:r>
    </w:p>
    <w:p>
      <w:r>
        <w:t>Súd: Krajský súd Bratislava Spisová značka: 2S/5/2016 Identifikačné číslo súdneho spisu: 1016200065 Dátum vydania rozhodnutia: 19. 12. 2016 Meno a priezvisko sudcu, VSÚ: Mgr. Viliam Pohančeník ECLI: ECLI:SK:KSBA:2016:1016200065.2 Uznesenie Krajský súd v Bratislave v právnej veci žalobcu: A.. K. N., nar. XX.XX.XXXX, Q. ulica 6, C., proti žalovanému: Krajské riaditeľstvo Policajného zboru v Bratislave, Krajský dopravný inšpektorát, Špitálska 14, Bratislava, o preskúmanie zákonnosti rozhodnutia žalovaného č. KRPZ-BA-KDI21-158/2015-P zo dňa 02.11.2015, takto r o z h o d o l : Krajský súd v Bratislave konanie z a s t a v u j e . Žiaden z účastníkov nemá právo na náhradu trov konania. o d ô v o d n e n i e : 1. Včas podanou žalobou sa žalobca domáhal preskúmania zákonnosti rozhodnutia žalovaného č. KRPZ-BA-KDI21-158/2015-P zo dňa 02.11.2015, ktorým žalovaný zamietol odvolanie žalobcu a potvrdil rozhodnutie Okresného dopravného inšpektorátu Okresného riaditeľstva Policajného zboru v Bratislave IV č. ORP-P-594/BAIV-ODI1-2015 zo dňa 16.09.2015 (ďalej aj len „prvostupňové rozhodnutie“). Prvostupňovým rozhodnutím bola žalobcovi podľa § 22 ods. 2 písm. e) zákona č. 372/1990 Zb. o priestupkoch v znení neskorších predpisov uložená pokuta vo výške 250 eur a zákaz činnosti viesť motorové vozidlá akéhokoľvek druhu na dobu 1 mesiac za priestupok, ktorého sa dopustil tým, že dňa 22.06.2015 v čase o 07:08 hod. viedol v Bratislave motorové vozidlo značky BMW X5 ev. č. BA689ZG, pričom na križovatke s riadenou premávkou Popradskej ulice a ulice Svornosti nerešpektoval signál s červeným svetlom „Stoj“, svoje vozidlo nezastavil a pokračoval ďalej v jazde. 2. Keďže žalobca spolu so žalobou nezaplatil súdny poplatok za jej podanie, ktorý je 35,- eur, správny súd ho pod následkom zastavenia konania vyzval na jeho zaplatenie výzvou č. k. 2S/5/2016-30 zo dňa 24.11.2016. Výzva bola spolu s príkazom na úhradu a vyjadrením žalovaného doručená žalobcovi dňa 30.11.2016. 3. Žalobca si aj napriek výzve nesplnil poplatkovú povinnosť. 4. Podľa § 5 ods. 1 písm. a) zákona č. 71/1992 Zb. o súdnych poplatkoch a poplatku za výpis z registra trestov v znení neskorších predpisov (ďalej aj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O náhrade trov konania správny súd rozhodol podľa § 170 písm. b) zákona č. 162/2015 Z. z. Správneho súdneho poriadku (ďalej aj len „S.s.p.“)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https://www.kauzis.sk/judikatura/r/ECLI:SK:KSBA:2016:1016200065.2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