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5Sd/10/2016 z 29. 6. 2016</w:t>
      </w:r>
    </w:p>
    <w:p>
      <w:r>
        <w:t>Uznesenie Krajského súdu Bratislava z 29. júna 2016, sp. zn. 5Sd/10/2016, ECLI:SK:KSBA:2016:1016200086.1</w:t>
      </w:r>
    </w:p>
    <w:p>
      <w:r>
        <w:t>Súd: Krajský súd Bratislava</w:t>
      </w:r>
    </w:p>
    <w:p>
      <w:r>
        <w:t>Spisová značka: 5Sd/10/2016</w:t>
      </w:r>
    </w:p>
    <w:p>
      <w:r>
        <w:t>ECLI: ECLI:SK:KSBA:2016:1016200086.1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5Sd/10/2016 Identifikačné číslo súdneho spisu: 1016200086 Dátum vydania rozhodnutia: 30. 06. 2016 Meno a priezvisko sudcu, VSÚ: JUDr. Milota Tóthová ECLI: ECLI:SK:KSBA:2016:1016200086.1 Uznesenie Krajský súd v Bratislave v právnej veci navrhovateľa N. U., U. E. XX, U.,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10.11.2015 žiadal preskúmať rozhodnutie odporkyne číslo XXX XXX XXXX X zo dňa 30.9.2015, ktorým odporkyňa navrhovateľovi znížila sumu invalidného dôchodku od 14. októbra 2015 na 373,60 eur mesačne. Písomným prehlásením zo dňa 21.12.2015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https://www.kauzis.sk/judikatura/r/ECLI:SK:KSBA:2016:1016200086.1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