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2S/8/2016 z 1. 2. 2016</w:t>
      </w:r>
    </w:p>
    <w:p>
      <w:r>
        <w:t>Uznesenie Krajského súdu Bratislava z 1. februára 2016, sp. zn. 2S/8/2016, ECLI:SK:KSBA:2016:1016200091.1</w:t>
      </w:r>
    </w:p>
    <w:p>
      <w:r>
        <w:t>Súd: Krajský súd Bratislava</w:t>
      </w:r>
    </w:p>
    <w:p>
      <w:r>
        <w:t>Spisová značka: 2S/8/2016</w:t>
      </w:r>
    </w:p>
    <w:p>
      <w:r>
        <w:t>ECLI: ECLI:SK:KSBA:2016:1016200091.1</w:t>
      </w:r>
    </w:p>
    <w:p>
      <w:r>
        <w:t>Dátum vydania: 1. 2. 2016</w:t>
      </w:r>
    </w:p>
    <w:p>
      <w:r>
        <w:t>Forma: Uznesenie</w:t>
      </w:r>
    </w:p>
    <w:p>
      <w:pPr>
        <w:pStyle w:val="Heading2"/>
      </w:pPr>
      <w:r>
        <w:t>Text rozhodnutia</w:t>
      </w:r>
    </w:p>
    <w:p>
      <w:r>
        <w:t>Súd: Krajský súd Bratislava Spisová značka: 2S/8/2016 Identifikačné číslo súdneho spisu: 1016200091 Dátum vydania rozhodnutia: 02. 02. 2016 Meno a priezvisko sudcu, VSÚ: JUDr. Vlastimil Pavlikovský ECLI: ECLI:SK:KSBA:2016:1016200091.1</w:t>
      </w:r>
    </w:p>
    <w:p>
      <w:r>
        <w:t>Uznesenie Krajský súd v Bratislave v právnej veci žalobcu: NBB a.s., IČO: 44 386 737, Pekárska 23, Trnava, zastúpený: JUDr. Miroslav Ivanovič, advokát, Grösslingova 45, Bratislava, proti žalovanému: Finančné riaditeľstvo Slovenskej republiky, Lazovná 63, Banská Bystrica, o preskúmanie zákonnosti rozhodnutia žalovaného č. XXXXXXXX/XXXX zo dňa 16.11.2015, takto</w:t>
      </w:r>
    </w:p>
    <w:p>
      <w:r>
        <w:t>r o z h o d o l :</w:t>
      </w:r>
    </w:p>
    <w:p>
      <w:r>
        <w:t>Krajský súd v Bratislave p o s t u p u j e vec Krajskému súdu v Trnave.</w:t>
      </w:r>
    </w:p>
    <w:p>
      <w:r>
        <w:t>o d ô v o d n e n i e :</w:t>
      </w:r>
    </w:p>
    <w:p>
      <w:r>
        <w:t>Žalobou doručenou Krajskému súdu v Bratislave dňa 26.01.2016 sa žalobca domáha preskúmania zákonnosti rozhodnutia žalovaného č. XXXXXXXX/XXXX zo dňa 16.11.2015, ktorým žalovaný potvrdil rozhodnutie č. XXXXXXXX/XXXX zo dňa 05.08.2015, ktorým Daňový úrad Bratislava za zdaňovacie obdobie jún 2013 určil žalobcovi ako daňovému subjektu rozdiel dane z pridanej hodnoty v sume XX XXX,XX eur a znížil nadmerný odpočet zo sumy 20 XXX,XX eur na sumu XXX,XX eur.</w:t>
      </w:r>
    </w:p>
    <w:p>
      <w:r>
        <w:t>Podľa § 246 ods. O.s.p, na preskúmavanie rozhodnutí a postupov sú vecne príslušné krajské súdy, ak zákon neustanovuje inak.</w:t>
      </w:r>
    </w:p>
    <w:p>
      <w:r>
        <w:t>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w:t>
      </w:r>
    </w:p>
    <w:p>
      <w:r>
        <w:t>Podľa § 250d ods. 2 O.s.p., ak predseda senátu zistí, že súd nie je vecne alebo miestne príslušný, postúpi vec uznesením príslušnému súdu.</w:t>
      </w:r>
    </w:p>
    <w:p>
      <w:r>
        <w:t>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O.s.p.).</w:t>
      </w:r>
    </w:p>
    <w:p>
      <w:r>
        <w:t>Ak však ide o rozhodnutie orgánu s pôsobnosťou pre celé územie Slovenskej republiky, okrem ústredných orgánov štátnej správy, miestne príslušným je krajský súd, v ktorého obvode je všeobecný súd navrhovateľa (§ 246a ods. 1 druhá veta O.s.p.).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w:t>
      </w:r>
    </w:p>
    <w:p>
      <w:r>
        <w:t>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w:t>
      </w:r>
    </w:p>
    <w:p>
      <w:r>
        <w:t>Finančné riaditeľstvo Slovenskej republiky je dekoncentrovaný orgán štátnej správy, a preto miestne príslušným je v tomto prípade krajský súd, v ktorého obvode je všeobecný súd žalobcu.</w:t>
      </w:r>
    </w:p>
    <w:p>
      <w:r>
        <w:t>Všeobecným súdom žalobcu je Okresný súd Trnava, ktorý je v obvode Krajského súdu v Trnave, preto je daná miestna príslušnosť tohto krajského súdu.</w:t>
      </w:r>
    </w:p>
    <w:p>
      <w:r>
        <w:t>Nakoľko v uvedenej veci bolo zistené, že Krajský súd v Bratislave nie je miestne príslušným na konanie v predmetnej veci, vec bude po právoplatnosti tohto uznesenia postúpená Krajskému súdu v Trnave.</w:t>
      </w:r>
    </w:p>
    <w:p>
      <w:r>
        <w:t>Poučenie:</w:t>
      </w:r>
    </w:p>
    <w:p>
      <w:r>
        <w:t>Proti tomuto uzneseniu nie je prípustné odvolanie.</w:t>
      </w:r>
    </w:p>
    <w:p/>
    <w:p>
      <w:r>
        <w:t>Zdroj: KAUZIS.SK – https://www.kauzis.sk/judikatura/r/ECLI:SK:KSBA:2016:1016200091.1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