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9Saz/2/2016 z 11. 9. 2016</w:t>
      </w:r>
    </w:p>
    <w:p>
      <w:r>
        <w:t>Opravné uznesenie Krajského súdu Bratislava z 11. septembra 2016, sp. zn. 9Saz/2/2016, ECLI:SK:KSBA:2016:1016200111.3</w:t>
      </w:r>
    </w:p>
    <w:p>
      <w:r>
        <w:t>Súd: Krajský súd Bratislava</w:t>
      </w:r>
    </w:p>
    <w:p>
      <w:r>
        <w:t>Spisová značka: 9Saz/2/2016</w:t>
      </w:r>
    </w:p>
    <w:p>
      <w:r>
        <w:t>ECLI: ECLI:SK:KSBA:2016:1016200111.3</w:t>
      </w:r>
    </w:p>
    <w:p>
      <w:r>
        <w:t>Dátum vydania: 11. 9.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9Saz/2/2016 Identifikačné číslo súdneho spisu: 1016200111 Dátum vydania rozhodnutia: 12. 09. 2016 Meno a priezvisko sudcu, VSÚ: JUDr. Ľubomír Šramko ECLI: ECLI:SK:KSBA:2016:1016200111.3 Opravné uznesenie Krajský súd v Bratislave v konaní pred sudcom JUDr. Ľubomírom Šramkom, v právnej veci navrhovateľa: T. C., štátny príslušník Ukrajiny, v krajine pôvodu naposledy bytom F., F. H. XX, zast.: Mgr. Jarmila Karak Vargová, advokátka, Brečtanová 21, Bratislava, proti odporcovi: Ministerstvo vnútra Slovenskej republiky, Migračný úrad, Pivonková 6, Bratislava, v konaní o preskúmanie zákonnosti rozhodnutia odporcu ČAS: MU-PO-148-35/2015-Ž zo dňa 17.12.2015, takto r o z h o d o l : Súd opravuje záhlavie rozsudku č.k. 9Saz/2/2016-44 zo dňa 27.4.2016 v časti označenia navrhovateľa tak, že tento správne znie: T. C., štátny príslušník Ukrajiny, v krajine pôvodu naposledy bytom F., F. H. XX o d ô v o d n e n i e : Dňa 27.4.2016 Krajský súd v Bratislave (ďalej len „súd“) vyhlásil rozsudok č.k. 9Saz/2/2016-44, ktorým súd napadnuté rozhodnutie odporcu ČAS: MU-PO-148-35/2015-Ž zo dňa 17.12.2015 zrušil a vec vrátil na ďalšie konanie. Právna zástupkyňa navrhovateľa požiadala súd o vydanie opravného uznesenia podaním zo dňa 15.8.2016, a to z dôvodu, že záhlavie rozhodnutia obsahuje evidentnú chybu v písaní v časti označenia navrhovateľa. Podľa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s poukazom na ust. § 164 O.s.p. rozhodol tak, ako je uvedené vo výrokovej časti tohto uznesenia. Poučenie: Proti tomuto uzneseniu možno podať odvolanie v lehote 15 dní odo dňa jeho doručenia na Najvyšší súd Slovenskej republiky prostredníctvom Krajského súdu v Bratislave, písomne, vo dvoch vyhotoveniach. V odvolaní sa má popri všeobecných náležitostiach (z odvolania musí byť zjavné, ktorému súdu je určené, kto ho robí, ktorej veci sa týka a čo sleduje, a musí byť podpísané a datované; odvolanie treba predložiť s potrebným počtom rovnopisov a s prílohami tak, aby jeden rovnopis zostal na súde a aby každý účastník dostal jeden rovnopis, ak je to potrebné; ak účastník nepredloží potrebný počet rovnopisov a príloh, súd vyhotoví kópie na jeho trovy) uviesť, proti ktorému rozhodnutiu smeruje, v akom rozsahu sa napáda, v čom sa toto rozhodnutie alebo postup súdu považuje za nesprávny a čoho sa odvolateľ domáha. (§ 205 ods. 1 O.s.p) Odvolacia lehota v prípade opravovaného rozsudku plynie znovu od doručenia opravného uznesenia len v rozsahu vykonanej opravy (§ 204 ods. 1 O.s.p.)</w:t>
      </w:r>
    </w:p>
    <w:p/>
    <w:p>
      <w:r>
        <w:t>Zdroj: KAUZIS.SK – https://www.kauzis.sk/judikatura/r/ECLI:SK:KSBA:2016:1016200111.3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