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10Sd/14/2016 z 8. 2. 2016</w:t>
      </w:r>
    </w:p>
    <w:p>
      <w:r>
        <w:t>Uznesenie Krajského súdu Bratislava z 8. februára 2016, sp. zn. 10Sd/14/2016, ECLI:SK:KSBA:2016:1016200149.1</w:t>
      </w:r>
    </w:p>
    <w:p>
      <w:r>
        <w:t>Súd: Krajský súd Bratislava</w:t>
      </w:r>
    </w:p>
    <w:p>
      <w:r>
        <w:t>Spisová značka: 10Sd/14/2016</w:t>
      </w:r>
    </w:p>
    <w:p>
      <w:r>
        <w:t>ECLI: ECLI:SK:KSBA:2016:1016200149.1</w:t>
      </w:r>
    </w:p>
    <w:p>
      <w:r>
        <w:t>Dátum vydania: 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10Sd/14/2016 Identifikačné číslo súdneho spisu: 1016200149 Dátum vydania rozhodnutia: 09. 02. 2016 Meno a priezvisko sudcu, VSÚ: JUDr. Beata Jurgošová ECLI: ECLI:SK:KSBA:2016:1016200149.1</w:t>
      </w:r>
    </w:p>
    <w:p>
      <w:r>
        <w:t>Uznesenie Krajský súd v Bratislave v právnej veci navrhovateľky: J. U., bytom W. XXXX/X, U. proti odporkyni: Sociálna poisťovňa - ústredie, ul. 29. augusta 8, 813 63 Bratislava, o výšku invalidného dôchodku,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27.7.2015 žiadala preskúmať rozhodnutie odporkyne číslo XXX XXX XXXX X zo dňa 25. júna 2015, ktorým odporkyňa od 26. marca 2015 priznala invalidný dôchodok v sume 152,20 eur mesačne.</w:t>
      </w:r>
    </w:p>
    <w:p>
      <w:r>
        <w:t>Na posúdení zdravotného stavu dňa 15. decembra 2015 navrhovateľka oznámila, že súhlasí s posúdením zdravotného stavu a opravný prostriedok berie späť a žiada konanie zastaviť na krajskom súde.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https://www.kauzis.sk/judikatura/r/ECLI:SK:KSBA:2016:1016200149.1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