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8Sd/15/2016 z 17. 2. 2016</w:t>
      </w:r>
    </w:p>
    <w:p>
      <w:r>
        <w:t>Uznesenie Krajského súdu Bratislava z 17. februára 2016, sp. zn. 8Sd/15/2016, ECLI:SK:KSBA:2016:1016200155.1</w:t>
      </w:r>
    </w:p>
    <w:p>
      <w:r>
        <w:t>Súd: Krajský súd Bratislava</w:t>
      </w:r>
    </w:p>
    <w:p>
      <w:r>
        <w:t>Spisová značka: 8Sd/15/2016</w:t>
      </w:r>
    </w:p>
    <w:p>
      <w:r>
        <w:t>ECLI: ECLI:SK:KSBA:2016:1016200155.1</w:t>
      </w:r>
    </w:p>
    <w:p>
      <w:r>
        <w:t>Dátum vydania: 17. 2. 2016</w:t>
      </w:r>
    </w:p>
    <w:p>
      <w:r>
        <w:t>Forma: Uznesenie</w:t>
      </w:r>
    </w:p>
    <w:p>
      <w:pPr>
        <w:pStyle w:val="Heading2"/>
      </w:pPr>
      <w:r>
        <w:t>Text rozhodnutia</w:t>
      </w:r>
    </w:p>
    <w:p>
      <w:r>
        <w:t>Súd: Krajský súd Bratislava Spisová značka: 8Sd/15/2016 Identifikačné číslo súdneho spisu: 1016200155 Dátum vydania rozhodnutia: 18. 02. 2016 Meno a priezvisko sudcu, VSÚ: JUDr. Peter Pospech ECLI: ECLI:SK:KSBA:2016:1016200155.1 Uznesenie Krajský súd v Bratislave v právnej veci navrhovateľa: Ľ. D., C. Z. H. XX, V. H., XXX XX C., proti odporkyni: Sociálna poisťovňa ústredie - Bratislava, so sídlom Ul. 29. augusta 8, 813 63 Bratislava, o preskúmanie zákonnosti oznámenia odporkyne číslo XXX XXX XXXX zo dňa 31.12.2015, takto r o z h o d o l : Krajský súd v Bratislave návrh odmieta. Žiaden z účastníkov nemá právo na náhradu trov konania. o d ô v o d n e n i e : Navrhovateľ sa podaným návrhom zo dňa 31.01.2016 domáhal preskúmania zákonnosti oznámenia odporkyne číslo XXX XXX XXXX zo dňa 31.12.2015 o vykonávaní zrážok z dôchodku. Namietal, že suma dôchodku po odpočítaní zrážok, t.j. 279,17 eur mesačne mu nepostačuje na pokrytie základných životných potrieb a žiadal o revíziu splátkového kalendára a zníženie splátkovej sumy na vymáhaných pohľadávkach.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V danom prípade navrhovateľ napadol list odporkyne zo dňa 31.12.2015, ktorým mu bolo oznámené vykonávanie zrážok z dôchodku. Odporkyňa v oznámení konštatuje, že podľa § 82 Exekučného poriadku je povinná vykonávať zrážky z dôchodku ale nie je účastníkom konania o výkone rozhodnutia. Ako poddlžník môže výkon zrážok zastaviť a ich výšku meniť len na základe príkazu príslušného úradu. S poukazom na vyššie uvedené a na citované zákonné ustanovenia súd odmietol opravný prostriedok navrhovateľa pretože ide o podanie, ktoré nepodlieha súdnemu prieskumu. Nejde o rozhodnutie správneho orgánu podľa § 244 ods. 3 O.s.p. nakoľko nezakladá, nemení ani nezrušuje oprávnenia ani povinnosti fyzických alebo právnických osôb a ani ním nemôžu byť priamo dotknuté práva, právom chránené záujmy a povinnosti fyzických alebo právnických osôb. O náhrade trov konania súd rozhodol podľa § 146 ods. 1 písm. c/ O.s.p. v spojení s § 246c O.s.p. analogicky ako pri zastavení konania tak, že žiadnemu z účastníkov náhradu trov konania nepriznal. Poučenie: Proti tomuto uzneseniu možno podať odvolanie do 15 dní odo dňa jeho doručenia, prostredníctvom procesného súdu na Najvyšší súd Slovenskej republiky v Bratislave.</w:t>
      </w:r>
    </w:p>
    <w:p/>
    <w:p>
      <w:r>
        <w:t>Zdroj: KAUZIS.SK – https://www.kauzis.sk/judikatura/r/ECLI:SK:KSBA:2016:1016200155.1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