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9Sp/12/2016 z 2. 6. 2016</w:t>
      </w:r>
    </w:p>
    <w:p>
      <w:r>
        <w:t>Uznesenie Krajského súdu Bratislava z 2. júna 2016, sp. zn. 9Sp/12/2016, ECLI:SK:KSBA:2016:1016200186.2</w:t>
      </w:r>
    </w:p>
    <w:p>
      <w:r>
        <w:t>Súd: Krajský súd Bratislava</w:t>
      </w:r>
    </w:p>
    <w:p>
      <w:r>
        <w:t>Spisová značka: 9Sp/12/2016</w:t>
      </w:r>
    </w:p>
    <w:p>
      <w:r>
        <w:t>ECLI: ECLI:SK:KSBA:2016:1016200186.2</w:t>
      </w:r>
    </w:p>
    <w:p>
      <w:r>
        <w:t>Dátum vydania: 2. 6. 2016</w:t>
      </w:r>
    </w:p>
    <w:p>
      <w:r>
        <w:t>Forma: Uznesenie</w:t>
      </w:r>
    </w:p>
    <w:p>
      <w:pPr>
        <w:pStyle w:val="Heading2"/>
      </w:pPr>
      <w:r>
        <w:t>Text rozhodnutia</w:t>
      </w:r>
    </w:p>
    <w:p>
      <w:r>
        <w:t>Súd: Krajský súd Bratislava Spisová značka: 9Sp/12/2016 Identifikačné číslo súdneho spisu: 1016200186 Dátum vydania rozhodnutia: 03. 06. 2016 Meno a priezvisko sudcu, VSÚ: JUDr. Beata Jurgošová ECLI: ECLI:SK:KSBA:2016:1016200186.2 Uznesenie Krajský súd v Bratislave v právnej veci navrhovateľa: M. M., Y. Ú. XX, XXX XX Z., proti odporcovi: Centrum právnej pomoci, kancelária Bratislava, Námestie slobody 12, 810 05 Bratislava, o preskúmanie zákonnosti rozhodnutia odporcu sp. zn. 1731/2016-KaBA (11472/2014-KaBA), ČRZ: 2341/2016 zo dňa 15.01.2016, takto r o z h o d o l : Súd návrh o d m i e t a . Žiaden z účastníkov nemá právo na náhradu trov konania. o d ô v o d n e n i e : Dňa 11.02.2016 bolo odporcom tunajšiemu súdu postúpené odvolanie navrhovateľa voči rozhodnutiu sp. zn. 1731/2016-KaBA (11472/2014-KaBA), ČRZ: 2341/2016 zo dňa 15.01.2016, ktorým odporca odňal navrhovateľovi nárok na poskytnutie právnej pomoci z dôvodu nesplnenia podmienky v zmysle § 14 ods. 1 písm. b) zákona č. 327/2005 Z.z. Navrhovateľ vo svojom odvolaní namietal vážne a sústavné porušovanie práv v konaní pred súdom, v ktorom žiadal odporcu o zastupovanie. Pretože podaný návrh nespĺňal zákonom predpísané náležitosti, súd uznesením č.k. 9Sp/12/2016 - 16 zo dňa 22.03.2016 vyzval navrhovateľa na odstránenie vád návrhu, nakoľko nie je zrejmé, čoho sa domáha, v akom rozsahu napáda rozhodnutie a postup odporcu, v čom konkrétne vidí nezákonnosť rozhodnutia a postupu odporcu. Predmetné uznesenie bolo navrhovateľovi doručené dňa 05.04.2016. Podľa § 250l ods. 1 O.s.p. podľa ustanovení tejto hlavy sa postupuje v prípadoch, v ktorých zákon zveruje súdom rozhodovanie o opravných prostriedkoch proti neprávoplatným rozhodnutiam správnych orgánov. Podľa § 249 ods. 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danom prípade navrhovateľ nereagoval na uznesenie súdu 9Sp/12/2016 - 16 zo dňa 22.03.2016 v stanovenej lehote 10 dní, a ani do dátumu vydania uznesenia, ktorým súd podaný opravný prostriedok odmietol. Pretože navrhovateľ neodstránil vady svojho návrhu, ktoré bránia vec prejednať a vybaviť, súd rozhodol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https://www.kauzis.sk/judikatura/r/ECLI:SK:KSBA:2016:1016200186.2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