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2S/24/2016 z 20. 9. 2016</w:t>
      </w:r>
    </w:p>
    <w:p>
      <w:r>
        <w:t>Uznesenie Krajského súdu Bratislava z 20. septembra 2016, sp. zn. 2S/24/2016, ECLI:SK:KSBA:2016:1016200199.1</w:t>
      </w:r>
    </w:p>
    <w:p>
      <w:r>
        <w:t>Súd: Krajský súd Bratislava</w:t>
      </w:r>
    </w:p>
    <w:p>
      <w:r>
        <w:t>Spisová značka: 2S/24/2016</w:t>
      </w:r>
    </w:p>
    <w:p>
      <w:r>
        <w:t>ECLI: ECLI:SK:KSBA:2016:1016200199.1</w:t>
      </w:r>
    </w:p>
    <w:p>
      <w:r>
        <w:t>Dátum vydania: 20.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2S/24/2016 Identifikačné číslo súdneho spisu: 1016200199 Dátum vydania rozhodnutia: 21. 09. 2016 Meno a priezvisko sudcu, VSÚ: JUDr. Marián Trenčan ECLI: ECLI:SK:KSBA:2016:1016200199.1 Uznesenie Krajský súd v Bratislave v právnej veci žalobcu: Allianz - Slovenská poisťovňa, a.s., IČO: 00 151 700, Dostojevského rad 4, Bratislava, proti žalovanému: Finančné riaditeľstvo Slovenskej republiky, Lazovná 63, Banská Bystrica, o preskúmanie zákonnosti rozhodnutia žalovaného č. 1730027/2015 zo dňa 02.12.2015, takto r o z h o d o l : Krajský súd v Bratislave konanie z a s t a v u j e . Žiaden z účastníkov nemá právo na náhradu trov konania. o d ô v o d n e n i e : Žalobou osobne doručenou Krajskému súdu v Bratislave dňa 12.02.2016 sa žalobca domáhal preskúmania zákonnosti rozhodnutia žalovaného č. 1730027/2015 zo dňa 02.12.2015, ktorým žalovaný podľa § 74 ods. 4 zákona č. 563/2009 Z. z. o správe daní (daňový poriadok) a o zmene a doplnení niektorých zákonov v znení neskorších predpisov (ďalej len daňový poriadok) potvrdil rozhodnutie Daňového úradu pre vybrané daňové subjekty č. 1039758/2015 zo dňa 26.06.2015, ktorým bol žalobcovi v zmysle § 68 ods. 5 daňového poriadku vyrubený rozdiel dane z príjmov právnickej osoby za zdaňovacie obdobie roku 2010 v sume 387 184,52 eur. 2. Ministerstvo financií Slovenskej republiky rozhodnutím č. MF/013353/2016-721 zo dňa 19.08.2016 zrušilo právoplatné rozhodnutie žalovaného č. 1730027/2015 zo dňa 02.12.2015, ako aj prvostupňové rozhodnutie Daňového úradu pre vybrané daňové subjekty č. 1039758/2015 zo dňa 26.06.2015 a vec vrátilo na ďalšie konanie a rozhodnutie. 3. Podľa § 99 písm. c) Správneho súdneho poriadku (ďalej len S.s.p.), správny súd konanie uznesením zastaví, ak preskúmavané rozhodnutie orgánu verejnej správy alebo opatrenie orgánu verejnej správy bolo medzitým zrušené na základe protestu prokurátora; ak rozhodnutie o proteste prokurátora bolo následne napadnuté na správnom súde v inom konaní inou osobou, správny súd uznesením konanie zastaví len so súhlasom žalobcu. 4. Vzhľadom na to, že Ministerstvo financií Slovenskej republiky rozhodnutím č. MF/013353/2016-721 zo dňa 19.08.2016 zrušilo napadnuté rozhodnutie žalovaného č. 1730027/2015 zo dňa 02.12.2015, ako aj prvostupňové rozhodnutie Daňového úradu pre vybrané daňové subjekty č. 1039758/2015 zo dňa 26.06.2015, správny súd v súlade s ustanovením § 99 písm. c) veta pred bodkočiarkou S.s.p. konanie zastavil. 5. O náhrade trov konania správny súd rozhodol podľa § 170 písm. b) S.s.p. tak, že žiaden z účastníkov nemá právo na náhradu trov konania, nakoľko konanie bolo zastavené. 6. Toto rozhodnutie senát Krajského súdu v Bratislave prijal pomerom hlasov 3 : 0 (§ 3 ods. 9 zákona č. 757/2004 Z. z. v znení zákona č. 33/2011).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https://www.kauzis.sk/judikatura/r/ECLI:SK:KSBA:2016:1016200199.1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