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6S/26/2016 z 21. 4. 2016</w:t>
      </w:r>
    </w:p>
    <w:p>
      <w:r>
        <w:t>Uznesenie Krajského súdu Bratislava z 21. apríla 2016, sp. zn. 6S/26/2016, ECLI:SK:KSBA:2016:1016200208.1</w:t>
      </w:r>
    </w:p>
    <w:p>
      <w:r>
        <w:t>Súd: Krajský súd Bratislava</w:t>
      </w:r>
    </w:p>
    <w:p>
      <w:r>
        <w:t>Spisová značka: 6S/26/2016</w:t>
      </w:r>
    </w:p>
    <w:p>
      <w:r>
        <w:t>ECLI: ECLI:SK:KSBA:2016:1016200208.1</w:t>
      </w:r>
    </w:p>
    <w:p>
      <w:r>
        <w:t>Dátum vydania: 21. 4. 2016</w:t>
      </w:r>
    </w:p>
    <w:p>
      <w:r>
        <w:t>Forma: Uznesenie</w:t>
      </w:r>
    </w:p>
    <w:p>
      <w:pPr>
        <w:pStyle w:val="Heading2"/>
      </w:pPr>
      <w:r>
        <w:t>Text rozhodnutia</w:t>
      </w:r>
    </w:p>
    <w:p>
      <w:r>
        <w:t>Súd: Krajský súd Bratislava Spisová značka: 6S/26/2016 Identifikačné číslo súdneho spisu: 1016200208 Dátum vydania rozhodnutia: 22. 04. 2016 Meno a priezvisko sudcu, VSÚ: JUDr. Vlastimil Pavlikovský ECLI: ECLI:SK:KSBA:2016:1016200208.1 Uznesenie Krajský súd v Bratislave v právnej veci žalobcu: U. I., V. M. XXX, XXX XX M., právne zastúpený: AK JUDr. Štefan Prevozňák s.r.o., so sídlom Kukučínova 23, 040 01 Košice, proti žalovanému: Úrad verejného zdravotníctva Slovenskej republiky, so sídlom Trnavská cesta 52, P.O.BOX 45, 826 45 Bratislava, o preskúmanie zákonnosti rozhodnutia žalovaného č. OPL/9171/2015 zo dňa 11.12.2015, takto r o z h o d o l : Krajský súd v Bratislave p o s t u p u j e vec Krajskému súdu v Žiline. o d ô v o d n e n i e : Žalobou doručenou Krajskému súdu v Bratislave dňa 15.2.2016 sa žalobca domáhal preskúmania zákonnosti rozhodnutia žalovaného č. OPL/9171/2015 zo dňa 11.12.2015.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Úrad verejného zdravotníctva Slovenskej republiky je orgán s pôsobnosťou pre celé územie Slovenskej republiky a preto miestne príslušným je v tomto prípade krajský súd, v ktorého obvode je všeobecný súd žalobcu. Všeobecným súdom žalobcu je Okresný súd Námestovo, ktorý je v obvode Krajského súdu v Žiline, preto je daná miestna príslušnosť tohto krajského súdu. Nakoľko v uvedenej veci bolo zistené, že Krajský súd v Bratislave nie je miestne príslušným na konanie v predmetnej veci, vec bude po právoplatnosti tohto uznesenia postúpená Krajskému súdu v Žiline. Poučenie: Proti tomuto uzneseniu nie je prípustné odvolanie.</w:t>
      </w:r>
    </w:p>
    <w:p/>
    <w:p>
      <w:r>
        <w:t>Zdroj: KAUZIS.SK – https://www.kauzis.sk/judikatura/r/ECLI:SK:KSBA:2016:1016200208.1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