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5Sd/19/2016 z 1. 11. 2016</w:t>
      </w:r>
    </w:p>
    <w:p>
      <w:r>
        <w:t>Rozsudok Krajského súdu Bratislava z 1. novembra 2016, sp. zn. 5Sd/19/2016, ECLI:SK:KSBA:2016:1016200239.3</w:t>
      </w:r>
    </w:p>
    <w:p>
      <w:r>
        <w:t>Súd: Krajský súd Bratislava</w:t>
      </w:r>
    </w:p>
    <w:p>
      <w:r>
        <w:t>Spisová značka: 5Sd/19/2016</w:t>
      </w:r>
    </w:p>
    <w:p>
      <w:r>
        <w:t>ECLI: ECLI:SK:KSBA:2016:1016200239.3</w:t>
      </w:r>
    </w:p>
    <w:p>
      <w:r>
        <w:t>Dátum vydania: 1. 11. 2016</w:t>
      </w:r>
    </w:p>
    <w:p>
      <w:r>
        <w:t>Forma: Rozsudok</w:t>
      </w:r>
    </w:p>
    <w:p>
      <w:r>
        <w:t>Oblasť práva: Správne právo</w:t>
      </w:r>
    </w:p>
    <w:p>
      <w:pPr>
        <w:pStyle w:val="Heading2"/>
      </w:pPr>
      <w:r>
        <w:t>Text rozhodnutia</w:t>
      </w:r>
    </w:p>
    <w:p>
      <w:r>
        <w:t>Súd: Krajský súd Bratislava Spisová značka: 5Sd/19/2016 Identifikačné číslo súdneho spisu: 1016200239 Dátum vydania rozhodnutia: 02. 11. 2016 Meno a priezvisko sudcu, VSÚ: JUDr. Milota Tóthová ECLI: ECLI:SK:KSBA:2016:1016200239.3 ROZSUDOK V MENE SLOVENSKEJ REPUBLIKY Krajský súd v Bratislave samosudkyňou JUDr. Milotou Tóthovou v právnej veci navrhovateľky N. U., U. M. XXXX/X, U., proti odporkyni Sociálnej poisťovni ústredie v Bratislave, Ul. 29. augusta č. 8-10, Bratislava, o invalidný dôchodok, takto r o z h o d o l : Súd rozhodnutie odporkyne číslo XXX XXX XXXX X zo dňa 12. augusta 2015 p o t v r d z u j e . Účastníkom náhradu trov konania nepriznáva. o d ô v o d n e n i e : Rozhodnutím číslo XXX XXX XXXX X zo dňa 12. augusta 2015 odporkyňa podľa § 73, § 112 ods. 4 a 6 a § 82 zákona č. 461/2003 Z.z. o sociálnom poistení v znení neskorších predpisov navrhovateľke znížila sumu invalidného dôchodku od 4. októbra 2015 na sumu 173,90 eur mesačne. Rozhodla tak s odôvodnením, že podľa posudku posudkového lekára Sociálnej poisťovne, pobočka Bratislava zo dňa 30. júna 2015 navrhovateľka je od 30. júna 2015 naďalej invalidná s mierou poklesu schopnosti vykonávať zárobkovú činnosť 60%. Navrhovateľka návrhom zo dňa 7.10.2015 žiadala preskúmať toto rozhodnutie odporkyne a žiadala o prehodnotenie posúdenia jej zdravotného stavu bez uvedenia konkrétnych námietok. Krajský súd preskúmal napadnuté rozhodnutie podľa § 250l a nasl. O.s.p., prejednal návrh navrhovateľky a dospel k záveru, že návrh nie je dôvodný. Krajský súd vykonal dokazovanie výsluchom odporkyne, posudkami posudkového lekára Sociálnej poisťovne pobočky Bratislava zo dňa 30.6.2015 a 24.11.2015, posudkom posudkového lekára Sociálnej poisťovne ústredie Bratislava zo dňa 9.2.2016, doplňujúcim odborným vyjadrením posudkového lekára Sociálnej poisťovne ústredie Bratislava zo dňa 30.6.2016,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výplata dávky sa zastaví, uvoľní alebo sa dávka vypláca v nižšej sume alebo vo vyššej sume, ak sa zmenia skutočnosti rozhodujúce na nárok na výplatu dávky. Podľa § 112 ods. 6 cit. zákona dávka sa odníme, zníži alebo jej výplata sa zastaví odo dňa nasledujúceho po dni, ktorým uplynulo obdobie, za ktoré sa dávka už vyplatila. V preskúmavanej veci súd zistil, že navrhovateľka bola na základe posudku posudkového lekára Sociálnej poisťovne pobočka Bratislava zo dňa 19.10.2010 uznaná invalidnou od 1.1.2010, ako rozhodujúce zdravotné postihnutie u navrhovateľky bol stanovený zhubný nádor vaječníka počas onkologickej liečby (kapitola XIII., položka 6.b) prílohy č. 4 zákona č. 461/2003 Z.z.). Mieru poklesu schopnosti vykonávať zárobkovú činnosť posudkový lekár stanovil od 1.1.2010 na 80%. Pri kontrolnej lekárskej prehliadke uskutočnenej dňa 13.11.2012 a dňa 9.12.2014 posudkovým lekárom Sociálnej poisťovne pobočka Bratislava navrhovateľka bola uznaná naďalej invalidnou s mierou poklesu schopnosti vykonávať zárobkovú činnosť 80% pre rozhodujúce zdravotné postihnutie zhubný nádor vaječníka počas onkologickej liečby (kapitola XIII., položka 6.b) prílohy č. 4 zákona č. 461/2003 Z.z.). Posudkový lekár Sociálnej poisťovne pobočka Bratislava pri kontrolnej lekárskej prehliadke v posudku zo dňa 30.6.2015 uviedol, že navrhovateľka trpí na choroby a to zhubný nádor ovária a recidivujúcu depresívnu poruchu. Konštatoval, že navrhovateľka bola operovaná v roku 2009 pre zhubný nádor ovárií, je v liečbe onkológa, absolvovala prvú a druholíniovú chemoterapiu, po ktorej sa pri poslednej kontrole stav stabilizoval. Od roku 2012 je stav základného onkologického ochorenia v kompletnej remisii. Rozhodujúcim zdravotným postihnutím u navrhovateľky je zhubný nádor vaječníka, po stabilizácii zdravotného stavu (kapitola XIII., položka 6.c) prílohy č. 4 zákona č. 461/2003 Z.z.), kde mieru poklesu schopnosti vykonávať zárobkovú činnosť stanovil od 30.6.2015 na 50%. Pre iné zdravotné postihnutie a to poruchy nálad, ťažké formy (kapitola V., položka 3.b) prílohy č. 4 zákona č. 461/2003 Z.z.), zvýšil mieru poklesu schopnosti vykonávať zárobkovú činnosť o 10%. Celková miera poklesu schopnosti vykonávať zárobkovú činnosť od 30.6.2016 predstavuje 60%. Navrhovateľka je naďalej invalidná podľa § 71 ods. 1 zákona č. 461/2003 Z.z. o sociálnom zabezpečení. Navrhovateľka môže vykonávať prácu bez nadmernej fyzickej a psychickej záťaže, na skrátený úväzok. Na základe tohto posudku odporkyňa vydala rozhodnutie číslo XXX XXX XXXX X zo dňa 12. augusta 2015, ktorým podľa § 73, § 112 ods. 4 a 6 a § 82 zákona č. 461/2003 Z.z. o sociálnom poistení v znení neskorších predpisov navrhovateľke znížila sumu invalidného dôchodku od 4. októbra 2015 na sumu 173,90 eur mesačne s odôvodnením, že podľa posudku posudkového lekára Sociálnej poisťovne, pobočka Bratislava zo dňa 30. júna 2015 navrhovateľka je od 30. júna 2015 naďalej invalidná s mierou poklesu schopnosti vykonávať zárobkovú činnosť 60%. Po podaní návrhu zdravotný stav a pracovná schopnosť navrhovateľky boli posúdené posudkovým lekárom Sociálnej poisťovne pobočka Bratislava dňa 24.11.2015, ktorý zotrval na posudkovom závere uvedenom v posudku zo dňa 30.6.2015 a uviedol, že nové lekárske nálezy zo dňa 16.11.2015 neodôvodňujú zmenu pôvodného posudku. Posudkový lekár Sociálnej poisťovne ústredie Bratislava v posudku zo dňa 9.2.2016 uviedol, že navrhovateľka trpí na choroby a to zhubný nádor ovária a recidivujúcu depresívnu poruchu. Konštatoval, že navrhovateľka je od decembra 2009 v liečbe onkológa pre adeno karcinóm ľavého vaječníka, bola opakovane operovaná pre komplikácie, rozvoj sepsy, respiračné zlyhávanie. Navrhovateľka absolvovala prvú líniu paliatívnej CHT v januári až máji 2010 a pre progresiu ochorenia druhú líniu CHT od júla do novembra 2010. Následné opakované onkologické vyšetrenia vrátane CT brucha potvrdili stacionárny obraz (remisiu ochorenia), kontroly boli v šesťmesačných intervaloch. U navrhovateľky podľa posledného kontrolného psychiatrického vyšetrenia z 16.11.2015 ide o recidivujúcu depresívnu poruchu, ťažkú epizódu bez psychotických príznakov. Rozhodujúcim zdravotným postihnutím u navrhovateľky je zhubný nádor vaječníka, po stabilizácii zdravotného stavu (spravidla po dvoch rokoch) (kapitola XIII., položka 6.c) prílohy č. 4 zákona č. 461/2003 Z.z.), kde mieru poklesu schopnosti vykonávať zárobkovú činnosť stanovil na 50%. Pre iné zdravotné postihnutie a to poruchy nálad, ťažké formy (kapitola V., položka 3.b) prílohy č. 4 zákona č. 461/2003 Z.z.), zvýšil mieru poklesu schopnosti vykonávať zárobkovú činnosť o 10%. Celková miera poklesu schopnosti vykonávať zárobkovú činnosť od 30.6.2016 predstavuje 60%. Navrhovateľka je naďalej invalidná podľa § 71 ods. 1 zákona č. 461/2003 Z.z. o sociálnom zabezpečení. Navrhovateľka môže vykonávať prácu bez nadmernej fyzickej a psychickej záťaže, na skrátený pracovný úväzok. Navrhovateľka pri výsluchu v súdnom konaní zotrvala na podanom návrhu a doložila nové lekárske nálezy. Súd doplnil dokazovanie zadovážením si odborného vyjadrenia posudkového lekára Sociálnej poisťovne ústredie Bratislava, ktorý dňa 30.6.2016 po vyhodnotení doložených nových lekárskych nálezov a to prepúšťacej správy z hospitalizácie na psychiatrickom oddelení od 14.2.2011 do 3.3.2011, psychiatrického vyšetrenia zo dňa 12.4.2012, 9.10.2012, 15.5.2015 a 16.11.2015, onkologického vyšetrenia zo dňa 28.10.2015 a 13.5.2015 a neurologického vyšetrenia zo dňa 19.4.2016 konštatoval, že podľa aktuálne doložených onkologických kontrolných vyšetrení zo dňa 28.10.2015 a 1.6.2016 pretrváva stacionárna LAP (zväčšené regionálne lymfatické uzliny). Neurologické vyšetrenie zo dňa 19.4.2016 je potvrdilo VAS s radikulopatiou L5 a S1 vľavo a polyneuropatický syndróm na nohách po chemoterapii. Od januára 2011 je navrhovateľka v sledovaní psychiatra, bola jedenkrát od 14.2. do 3.3.2011 hospitalizovaná na psychiatrickom oddelení v nemocnici Cyrila a Metoda, Antolská ul. Bratislava v súvislosti so stresujúcou situáciou v rodine, po nasadení antidepresívnej liečby došlo k úprave nálady a v zlepšenom stave bola prepustená do ambulantnej starostlivosti. Kontrolné psychiatrické vyšetrenie zo dňa 16.11.2015 potvrdzuje, že v súčasnosti ide o recidivujúcu depresívnu poruchu, ťažká epizóda bez psychotických príznakov, 28.4.2016 je stav čiastočne zlepšený, trvajú príznaky depresívnej epizódy. Poukázala na to, že nie je preto dôvod zmeniť za rozhodujúce ochorenie psychiatrické, pretože najzávažnejším ochorením u navrhovateľky je naďalej a aj zostáva onkologické ochorenie po stabilizácii stavu. Rozhodujúcim zdravotným postihnutím u navrhovateľky je zhubný nádor vaječníka, po stabilizácii zdravotného stavu (spravidla po dvoch rokoch) (kapitola XIII., položka 6.c) prílohy č. 4 zákona č. 461/2003 Z.z.), kde mieru poklesu schopnosti vykonávať zárobkovú činnosť stanovil na 50%. Pre iné zdravotné postihnutie a to recidivujúcu depresívnu poruchu zvýšil mieru poklesu schopnosti vykonávať zárobkovú činnosť o 10%. Celková miera poklesu schopnosti vykonávať zárobkovú činnosť od 30.6.2016 predstavuje 60%. Navrhovateľka je naďalej invalidná podľa § 71 ods. 1 zákona č. 461/2003 Z.z. o sociálnom zabezpečení. Navrhovateľka môže vykonávať prácu bez nadmernej fyzickej a psychickej záťaže, na skrátený pracovný úväzok. Navrhovateľka pri výsluchu v súdnom konaní dňa 2.11.2016 zotrvala na podanom návrhu, novšie lekárske nálezy nedoložila. Zástupkyňa odporkyne vzhľadom na opätovné posúdenie zdravotného stavu navrhovateľky posudkovým lekárom, ktorý vyhodnotil všetky nové lekárske nálezy žiadala napadnuté rozhodnutie číslo XXX XXX XXXX X zo dňa 12. augusta 2015 ako vecne správne potvrdiť. Posudkový lekár sociálneho poistenia Sociálnej poisťovne pobočka Bratislava ako aj posudkový lekár sociálneho poistenia Sociálnej poisťovne ústredie Bratislava vo svojich vyššie uvedených posudkoch ako aj doplňujúcom odbornom vyjadrení posudkového lekára Sociálnej poisťovne ústredie Bratislava zo dňa 30.6.2016 zohľadnili všetky navrhovateľkou uvádzané ťažkosti a vysporiadali sa s lekárskymi nálezmi nachádzajúcimi sa v zdravotnej dokumentácii navrhovateľky. Zhodne konštatovali, že zdravotný stav navrhovateľky z posudkového hľadiska spĺňa posudkové kritériá na uznanie invalidity pre rozhodujúce zdravotné postihnutie navrhovateľky, ktorým je zhubný nádor vaječníka, po stabilizácii zdravotného stavu (kapitola XIII., položka 6.c) prílohy č. 4 zákona č. 461/2003 Z.z.), kde mieru poklesu schopnosti vykonávať zárobkovú činnosť zhodne stanovili na 50%. Pre iné zdravotné postihnutie a to poruchy nálad, ťažké formy (kapitola V., položka 3.b) prílohy č. 4 zákona č. 461/2003 Z.z.), zvýšili mieru poklesu schopnosti vykonávať zárobkovú činnosť o 10%. Celková miera poklesu schopnosti vykonávať zárobkovú činnosť je 60%. Dátum zmeny miery poklesu schopnosti vykonávať zárobkovú činnosť 60% je od 30.6.2015. Navrhovateľka bola operovaná v roku 2009 pre zhubný nádor ovárií, je v liečbe onkológa. V januári až máji 2010 absolvovala prvú líniu paliatívnej CHT a pre progresiu ochorenia druhú líniu CHT od júla do novembra 2010. Od roku 2012 je stav základného onkologického ochorenia v kompletnej remisii a následné opakované onkologické vyšetrenia vrátane CT brucha potvrdili stacionárny obraz (remisiu ochorenia). Podľa posledného kontrolného psychiatrického vyšetrenia z 16.11.2015 u navrhovateľky ide o recidivujúcu depresívnu poruchu, ťažkú epizódu bez psychotických príznakov. Zistenia posudkových lekárov neboli spochybnené ani v súdnom konaní, nakoľko ani nové lekárske nálezy, ktoré navrhovateľka doložila v súdnom konaní nepreukázali zhoršenie jej zdravotného stavu. Závery posudkov posudkových lekárov sú odborné, presvedčivé, náležite zdôvodnené a súd nezistil rozpor medzi ich závermi a zisteným skutočným stavom. V prípade, že sa zdravotný stav navrhovateľky v budúcnosti významne zhorší, čo by preukazovali nové lekárske nálezy, navrhovateľka má možnosť požiadať o zvýšenie invalidného dôchodku a o nové posúdenie miery poklesu jej schopnosti vykonávať zárobkovú činnosť. Krajský súd preto z vyššie uvedených dôvodov napadnuté rozhodnutie číslo XXX XXX XXXX X zo dňa 12. augusta 2015 podľa § 250q ods. 2 O.s.p. ako vecne správne potvrdil. O trovách konania súd rozhodol podľa § 250k ods. 1 v spojení s § 250l ods. 2 O.s.p. Navrhovateľka nebola v konaní úspešná, a preto jej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w:t>
      </w:r>
    </w:p>
    <w:p/>
    <w:p>
      <w:r>
        <w:t>Zdroj: KAUZIS.SK – https://www.kauzis.sk/judikatura/r/ECLI:SK:KSBA:2016:1016200239.3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