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5Sd/20/2016 z 2. 11. 2016</w:t>
      </w:r>
    </w:p>
    <w:p>
      <w:r>
        <w:t>Uznesenie Krajského súdu Bratislava z 2. novembra 2016, sp. zn. 5Sd/20/2016, ECLI:SK:KSBA:2016:1016200254.1</w:t>
      </w:r>
    </w:p>
    <w:p>
      <w:r>
        <w:t>Súd: Krajský súd Bratislava</w:t>
      </w:r>
    </w:p>
    <w:p>
      <w:r>
        <w:t>Spisová značka: 5Sd/20/2016</w:t>
      </w:r>
    </w:p>
    <w:p>
      <w:r>
        <w:t>ECLI: ECLI:SK:KSBA:2016:1016200254.1</w:t>
      </w:r>
    </w:p>
    <w:p>
      <w:r>
        <w:t>Dátum vydania: 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5Sd/20/2016 Identifikačné číslo súdneho spisu: 1016200254 Dátum vydania rozhodnutia: 03. 11. 2016 Meno a priezvisko sudcu, VSÚ: JUDr. Milota Tóthová ECLI: ECLI:SK:KSBA:2016:1016200254.1 Uznesenie Krajský súd v Bratislave v právnej veci navrhovateľky Z.. B.. O. A., C. C. XXXX/XA, C.,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16.11.2015 žiadala preskúmať rozhodnutie odporkyne číslo XXX XXX XXXX X zo dňa 26.10.2015, ktorým odporkyňa navrhovateľke od 2. septembra 2015 priznala invalidný dôchodok v sume 417,50 eur mesačne. Písomným prehlásením zo dňa 18.4.2016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: Proti tomuto uzneseniu je možné podať odvolanie do 15 dní odo dňa jeho doručenia na Krajskom súde v Bratislave.</w:t>
      </w:r>
    </w:p>
    <w:p/>
    <w:p>
      <w:r>
        <w:t>Zdroj: KAUZIS.SK – https://www.kauzis.sk/judikatura/r/ECLI:SK:KSBA:2016:1016200254.1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