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10Sd/22/2016 z 28. 11. 2016</w:t>
      </w:r>
    </w:p>
    <w:p>
      <w:r>
        <w:t>Rozsudok Krajského súdu Bratislava z 28. novembra 2016, sp. zn. 10Sd/22/2016, ECLI:SK:KSBA:2016:1016200274.1</w:t>
      </w:r>
    </w:p>
    <w:p>
      <w:r>
        <w:t>Súd: Krajský súd Bratislava</w:t>
      </w:r>
    </w:p>
    <w:p>
      <w:r>
        <w:t>Spisová značka: 10Sd/22/2016</w:t>
      </w:r>
    </w:p>
    <w:p>
      <w:r>
        <w:t>ECLI: ECLI:SK:KSBA:2016:1016200274.1</w:t>
      </w:r>
    </w:p>
    <w:p>
      <w:r>
        <w:t>Dátum vydania: 28. 11. 2016</w:t>
      </w:r>
    </w:p>
    <w:p>
      <w:r>
        <w:t>Forma: Rozsudok</w:t>
      </w:r>
    </w:p>
    <w:p>
      <w:r>
        <w:t>Oblasť práva: Správne právo</w:t>
      </w:r>
    </w:p>
    <w:p>
      <w:pPr>
        <w:pStyle w:val="Heading2"/>
      </w:pPr>
      <w:r>
        <w:t>Text rozhodnutia</w:t>
      </w:r>
    </w:p>
    <w:p>
      <w:r>
        <w:t>Súd: Krajský súd Bratislava Spisová značka: 10Sd/22/2016 Identifikačné číslo súdneho spisu: 1016200274 Dátum vydania rozhodnutia: 29. 11. 2016 Meno a priezvisko sudcu, VSÚ: JUDr. Beata Jurgošová ECLI: ECLI:SK:KSBA:2016:1016200274.1 ROZSUDOK V MENE SLOVENSKEJ REPUBLIKY Krajský súd v Bratislave sudkyňou JUDr. Beátou Jurgošovou v právnej veci navrhovateľa: Z. R., bytom U. XXXX/X, I. X, korešpondenčná adresa: X. XX/A, I. proti odporkyni: Sociálna poisťovňa ústredie, Ul. 29. augusta č. 8, Bratislava, o invalidný dôchodok, takto r o z h o d o l : Súd rozhodnutie odporkyne číslo XXX XXX XXXX X zo dňa 3.11.2015 potvrdzuje. Účastníkom náhradu trov konania nepriznáva. o d ô v o d n e n i e : Rozhodnutím číslo XXX XXX XXXX X zo dňa 3.11.2015 odporkyňa podľa § 70 a § 71 zákona č. 461/2003 Z.z. o sociálnom poistení v znení neskorších predpisov zamietla žiadosť navrhovateľa o invalidný dôchodok zo dňa 12. októbra 2015. Rozhodla tak s odôvodnením, že podľa posudku posudkového lekára Sociálnej poisťovne, pobočky Bratislava zo dňa 12. októbra 2015, navrhovateľ nie je invalidný, lebo pre dlhodobo nepriaznivý zdravotný stav nemá pokles schopnosti vykonávať zárobkovú činnosť o viac ako 40% v porovnaní so zdravou fyzickou osobou a miera poklesu schopnosti vykonávať zárobkovú činnosť je 20 %. Navrhovateľ návrhom zo dňa 3.12.2015 žiadal preskúmať rozhodnutie odporkyne, poukazoval na svoj nepriaznivý zdravotný stav. Súd preskúmal napadnuté rozhodnutie podľa § 250l a nasl. O.s.p., prejednal návrh navrhovateľa a dospel k záveru, že návrh nie je dôvodný. Súd vykonal dokazovanie výsluchom odporkyne, posudkom posudkového lekára Sociálnej poisťovne pobočky Bratislava zo dňa 12.10.2015 a 11.1.2016, posudkom posudkového lekára Sociálnej poisťovne ústredie Bratislava zo dňa 18. 2.2016,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V posudzovanej veci žiadosť navrhovateľa o invalidný dôchodok bola zamietnutá. Podľa posudku posudkového lekára sociálneho poistenia Sociálnej poisťovne pobočky Bratislava zo dňa 12.10.2015, navrhovateľ nie je invalidný podľa § 71 ods. 1 zákona č. 461/2003 Z.z. o sociálnom poistení v znení neskorších predpisov, lebo má mieru poklesu schopnosti vykonávať zárobkovú činnosť 20 % v porovnaní so zdravou fyzickou osobou. Rozhodujúcim zdravotným postihnutím u navrhovateľa bolo zdravotné postihnutie zaradené do kapitoly XV, oddiel E, položka 4 písm. a) prílohy č. 4 zákona č. 461/2003 Z.z., kde mieru poklesu schopnosti vykonávať zárobkovú činnosť stanovil na 20 %. Na ostatné ochorenia, ktoré nie sú rozhodujúcim zdravotným postihnutím, ale svojou podstatou neovplyvňujú funkčný stav organizmu, posudkový lekár nenavýšil percentuálnu mieru poklesu schopnosti zárobkovej činnosti o 0 % (najviac o 10 %). Navrhovateľ podal dňa 2.12.2015 opravný prostriedok, v ktorom poukázal na svoj nepriaznivý zdravotný stav. Posudkový lekár Sociálnej poisťovne pobočka Bratislava v posudku zo dňa 11.1.2016 uviedol, že navrhovateľ bol posúdený dňa 12.10.2015 s MPSVZČ 20 % . Podľa doloženej zdravotnej dokumentácie bol viac rokov liečený pre bolesti chrbtice.V roku 1992 mal operáciu hernie disku L4/5, posledný rok bol opäť liečený dlhodobo pre bolesti chrbtice a udávané sinkopálne stavy. Preto bol opakovane liečený a vyšetrovaný neurológom. Od 26.3.2015 do 3.4.2015 aj hospitalizovaný na neurologickom oddelení. Tieto sinkopálne stavy boli diagnostikované ako ortostatické, pravdepodobne pri diuretickej liečbe. V neurologickom náleze neboli zistené závažné postihnutia. Kardiologickým vyšetrením diagnostikovaná arteriálna hypertenzia II. stupňa bez orgánových zmien. Stabilizovaná pri nastavenej terapii. Doporučená pomalá vertikalizácia a nastavená terapia hypertenzie. Vzhľadom na uvedené zvolil MPSVZČ na dolnej hranici 20%. Ďalej uviedol, že navrhovateľ nie je invalidný. Rozhodujúcim zdravotným postihnutím sú choroby podporného a pohybového aparátu, dorzopatie, stav po úraze chrbtice a medzistavcových platničiek, stavy po úraze chrbtice, s miernym reziduálnym funkčným nálezom (Kapitola XV, Oddiel E, Položka 4) písm. a)). Posudkový lekár Sociálnej poisťovne ústredie Bratislava v posudku zo dňa 18.2.2016 uviedol, že navrhovateľ nedoložil žiadne nové lekárske nálezy. Konštatoval, že navrhovateľ nespĺňa posudkové kritériá pre priznanie invalidity. Ochorenie chrbtice nie je takého stupňa ani závažnosti, aby umožňovalo zvýšenie MPSVZČ. Hospitalizácia na neurológii od 26.3.2015 do 3.4.2015 tiež nepotvrdila ani kompletnými zabrazovacími vyšetreniami vážnejšie porušenie chrbtice. Stavy odpadnutia boli uzatvorené ako nezávažné ortostatické straty vedomia (pri prudkých zmenách polohy). Choroba vysokého tlaku krvi je na liečbe kompenzovaná. Ďalej uviedol, že navrhovateľ nie je invalidný podľa § 71 ods. 1 zákona č. 461/2003 Z.z. o sociálnom poistení, lebo pre dlhodobo nepriaznivý zdravotný stav nemá pokles schopnosti vykonávať zárobkovú činnosť o viac ako 40 % v porovnaní so zdravou fyzickou osobou. Miera poklesu schopnosti vykonávať zárobkovú činnosť v percentách je 20 %. Navrhovateľ sa na vytýčené pojednávanie súdu dňa 29.11.2016 napriek riadnemu predvolaniu nedostavil, svoju neúčasť na ňom neospravedlnil, nepožiadal o odročenie tohto pojednávania, a preto súd podľa § 101 ods. 2 Občianskeho súdneho poriadku (ďalej len O.s.p.) vec prejednal v jeho neprítomnosti. Zástupkyňa odporkyne uviedla, že poukazuje na závery posudkových lekárov na základe, ktorých navrhovateľ nie je invalidný. Žiadala napadnuté rozhodnutie zo dňa 3.11.2015 potvrdiť. Posudkoví lekári sociálneho poistenia Sociálnej poisťovne pobočka Bratislava ako aj posudkový lekár sociálneho poistenia Sociálnej poisťovne ústredie Bratislava vo svojich vyššie uvedených posudkoch zohľadnili všetky navrhovateľom uvádzané ťažkosti a vysporiadali sa s lekárskymi nálezmi nachádzajúcimi sa v zdravotnej dokumentácii navrhovateľa. Podľa záverov posudkových lekárov sociálneho poistenia zhoršenie zdravotného stavu navrhovateľa nie je na takej úrovni, ktorá by podľa ustanovenia § 71 zákona č. 461/2003 Z.z. o sociálnom poistení v znení neskorších predpisov zakladala vznik invalidity. Posudkový lekár sociálneho poistenia v posudku zo dňa 18.2.2016, určil u navrhovateľa mieru poklesu schopnosti vykonávať zárobkovú činnosť 20 % v porovnaní so zdravou fyzickou osobou. Navrhovateľ predloženými odbornými lekárskymi nálezmi nepreukázal, že jeho zdravotný stav odôvodňuje vznik invalidity. Posudkový lekár určil, že rozhodujúcim zdravotným postihnutím u navrhovateľa sú choroby podporného a pohybového aparátu, dorzopatia, deformujúca dorzopatia a spondylopatia, stavy po operácii chrbtice a medzistavcových platničiek, stavy po úraze chrbtice, s miernym reziduálnym funkčným nálezom, M 51 (kapitola XV,oddiel E, položka 4.a) prílohy č. 4 zákona č. 461/2003 Z.z.). Určil mieru poklesu schopnosti vykonávať zárobkovú činnosť 20 %. Za ostatné ochorenia nezvýšil percentuálnu mieru. Celková miera poklesu schopnosti vykonávať zárobkovú činnosť u navrhovateľa je 20 %. Navrhovateľ nie je invalidný podľa § 71 ods. 1 zákona č. 461/2003 Z.z. o sociálnom poistení, lebo pre dlhodobo nepriaznivý zdravotný stav nemá pokles schopnosti vykonávať zárobkovú činnosť o viac ako 40 % v porovnaní so zdravou fyzickou osobou. Zistenia posudkových lekárov neboli spochybnené ani v súdnom konaní, nakoľko ani novšie lekárske nálezy nepreukázali zhoršenie zdravotného stavu navrhovateľa. Závery posudkov posudkových lekárov sú odborné, presvedčivé, náležite zdôvodnené a súd nezistil rozpor medzi ich závermi a zisteným skutočným stavom. Krajský súd preto z vyššie uvedených dôvodov napadnuté rozhodnutie odporkyne číslo XXX XXX XXXX X zo dňa 3.11.2015 podľa § 250q ods. 2 O.s.p. ako vecne správne potvrdil. O trovách konania súd rozhodol podľa § 250k ods. 1 v spojení s § 250l ods. 2 O.s.p. Navrhovateľ nebol v konaní úspešný, a odporkyni trovy konania neprislúchajú. Podľa ustanovenia § 492 ods. 1 SSP konania podľa tretej hlavy piatej časti Občianskeho súdneho poriadku začaté predo dňom nadobudnutia účinnnosti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https://www.kauzis.sk/judikatura/r/ECLI:SK:KSBA:2016:1016200274.1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