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10Sd/27/2016 z 28. 11. 2016</w:t>
      </w:r>
    </w:p>
    <w:p>
      <w:r>
        <w:t>Uznesenie Krajského súdu Bratislava z 28. novembra 2016, sp. zn. 10Sd/27/2016, ECLI:SK:KSBA:2016:1016200323.1</w:t>
      </w:r>
    </w:p>
    <w:p>
      <w:r>
        <w:t>Súd: Krajský súd Bratislava</w:t>
      </w:r>
    </w:p>
    <w:p>
      <w:r>
        <w:t>Spisová značka: 10Sd/27/2016</w:t>
      </w:r>
    </w:p>
    <w:p>
      <w:r>
        <w:t>ECLI: ECLI:SK:KSBA:2016:1016200323.1</w:t>
      </w:r>
    </w:p>
    <w:p>
      <w:r>
        <w:t>Dátum vydania: 28.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10Sd/27/2016 Identifikačné číslo súdneho spisu: 1016200323 Dátum vydania rozhodnutia: 29. 11. 2016 Meno a priezvisko sudcu, VSÚ: JUDr. Beata Jurgošová ECLI: ECLI:SK:KSBA:2016:1016200323.1 Uznesenie Krajský súd v Bratislave v právnej veci navrhovateľky: X. O., bytom Ľ.. E. XX, O. - U. D.A., Q. proti odporkyni: Sociálna poisťovňa ústredie, Ul. 29. augusta č. 8, Bratislava, o invalidný dôchodok, takto r o z h o d o l : Súd konanie z a s t a v u j e . Žiaden z účastníkov nemá právo na náhradu trov konania. o d ô v o d n e n i e : Navrhovateľka svojím návrhom zo dňa 16.7.2015 žiadala preskúmať rozhodnutie odporkyne číslo XXX XXX XXXX X zo dňa 23.6.2015, ktorým jej odporkyňa zamietla žiadosť o invalidný dôchodok. Rozhodnutím číslo XXX XXX XXXX X- H.. zo dňa 30.12.2015 odporkyňa podľa § 112 zákona č. 461/2003 Z.z. o sociálnom poistení v znení neskorších predpisov zrušila rozhodnutia Sociálnej poisťovne ústredie číslo XXX XXX XXXX X zo dňa 23.6.2015 o zamietnutí žiadosti o priznanie invalidného dôchodku. Odporkyňa vydala rozhodnutie číslo XXX XXX XXXX X- H.. zo dňa 30.12.2015, ktorým podľa § 70 ods.1 a § 82 zákona č. 461/2003 Z.z. o sociálnom poistení v znení neskorších predpisov, navrhovateľke od 24. novembra 2015 priznala invalidný dôchodok v sume 90,20 eur mesačne, zvýšený od 1. januára 2016 na sumu 91,20 eur mesačne, čím opravnému prostriedku navrhovateľky bolo vyhovené v celom rozsahu.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https://www.kauzis.sk/judikatura/r/ECLI:SK:KSBA:2016:1016200323.1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