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8Sd/29/2016 z 23. 3. 2016</w:t>
      </w:r>
    </w:p>
    <w:p>
      <w:r>
        <w:t>Uznesenie Krajského súdu Bratislava z 23. marca 2016, sp. zn. 8Sd/29/2016, ECLI:SK:KSBA:2016:1016200351.1</w:t>
      </w:r>
    </w:p>
    <w:p>
      <w:r>
        <w:t>Súd: Krajský súd Bratislava</w:t>
      </w:r>
    </w:p>
    <w:p>
      <w:r>
        <w:t>Spisová značka: 8Sd/29/2016</w:t>
      </w:r>
    </w:p>
    <w:p>
      <w:r>
        <w:t>ECLI: ECLI:SK:KSBA:2016:1016200351.1</w:t>
      </w:r>
    </w:p>
    <w:p>
      <w:r>
        <w:t>Dátum vydania: 23. 3. 2016</w:t>
      </w:r>
    </w:p>
    <w:p>
      <w:r>
        <w:t>Forma: Uznesenie</w:t>
      </w:r>
    </w:p>
    <w:p>
      <w:pPr>
        <w:pStyle w:val="Heading2"/>
      </w:pPr>
      <w:r>
        <w:t>Text rozhodnutia</w:t>
      </w:r>
    </w:p>
    <w:p>
      <w:r>
        <w:t>Súd: Krajský súd Bratislava Spisová značka: 8Sd/29/2016 Identifikačné číslo súdneho spisu: 1016200351 Dátum vydania rozhodnutia: 24. 03. 2016 Meno a priezvisko sudcu, VSÚ: JUDr. Peter Pospech ECLI: ECLI:SK:KSBA:2016:1016200351.1 Uznesenie Krajský súd v Bratislave v právnej veci navrhovateľky: T. Y., T.. XX.XX.XXXX, H. Š. XXXX/X, XXX XX H., proti odporkyni: Sociálna poisťovňa - ústredie, Ul. 29. augusta č. 8, 813 63 Bratislava, o sirotský dôchodok, takto r o z h o d o l : Súd návrh o d m i e t a. Žiaden z účastníkov nemá právo na náhradu trov konania. o d ô v o d n e n i e : Navrhovateľka podala opravný prostriedok proti rozhodnutiu odporkyne číslo XXX XXX XXXX X - V. zo dňa 04.12.2015, ktorým bola jej synovi N. Y., T.. XX.XX.XXXX, zvýšená suma sirotského dôchodku od 01.01.2016 o pevnú sumu zvýšenia 0,60 Eur mesačne na sumu 161,50 Eur mesačne. Podaným opravným prostriedkom zo dňa 29.01.2016 navrhovateľka namietala výšku sirotského dôchodku. Podľa ust. § 250l ods. 1 Občianskeho súdneho poriadku (ďalej len "O.s.p.") podľa ustanovení tejto hlavy sa postupuje v prípadoch, v ktorých zákon zveruje súdom rozhodovanie o opravných prostriedkoch proti neprávoplatným rozhodnutiam správnych orgánov.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 20 O.s.p. každý môže pred súdom ako účastník samostatne konať (procesná spôsobilosť) v tom rozsahu, v akom má spôsobilosť vlastnými úkonmi nadobúdať práva a brať na seba povinnosti. Podľa § 8 ods. 1, 2 Občianskeho zákonníka spôsobilosť fyzickej osoby vlastnými právnymi úkonmi nadobúdať práva a brať na seba povinnosti (spôsobilosť na právne úkony) vzniká v plnom rozsahu plnoletosťou. Plnoletosť sa nadobúda dovŕšením osemnásteho roku. Z obsahu spisu súd zistil, že uvedené rozhodnutie bolo dané na expedíciu dňa 11.01.2016 a nebolo zasielané do vlastných rúk na doručenku, pretože nešlo o rozhodnutie, ktoré by bolo nutné doručiť do vlastných rúk (ust. § 212 ods. 3 zákona 461/2003 Z.z. o sociálnom poistení). Adresované bolo N. Y., nakoľko má procesnú spôsobilosť a navrhovateľka už nie je jeho zákonnou zástupkyňou tak, ako to bolo v čase rozhodovania o priznaní nároku na sirotský dôchodok. Pretože návrh - opravný prostriedok voči napadnutému rozhodnutiu odporkyne bol podaný neoprávnenou osobou, súd rozhodol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je možné podať odvolanie do 15 dní odo dňa jeho doručenia na Krajskom súde v Bratislave, písomne, dvojmo.</w:t>
      </w:r>
    </w:p>
    <w:p/>
    <w:p>
      <w:r>
        <w:t>Zdroj: KAUZIS.SK – https://www.kauzis.sk/judikatura/r/ECLI:SK:KSBA:2016:1016200351.1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