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5Sd/29/2016 z 1. 11. 2016</w:t>
      </w:r>
    </w:p>
    <w:p>
      <w:r>
        <w:t>Rozsudok Krajského súdu Bratislava z 1. novembra 2016, sp. zn. 5Sd/29/2016, ECLI:SK:KSBA:2016:1016200362.2</w:t>
      </w:r>
    </w:p>
    <w:p>
      <w:r>
        <w:t>Súd: Krajský súd Bratislava</w:t>
      </w:r>
    </w:p>
    <w:p>
      <w:r>
        <w:t>Spisová značka: 5Sd/29/2016</w:t>
      </w:r>
    </w:p>
    <w:p>
      <w:r>
        <w:t>ECLI: ECLI:SK:KSBA:2016:1016200362.2</w:t>
      </w:r>
    </w:p>
    <w:p>
      <w:r>
        <w:t>Dátum vydania: 1. 11. 2016</w:t>
      </w:r>
    </w:p>
    <w:p>
      <w:r>
        <w:t>Forma: Rozsudok</w:t>
      </w:r>
    </w:p>
    <w:p>
      <w:r>
        <w:t>Oblasť práva: Správne právo</w:t>
      </w:r>
    </w:p>
    <w:p>
      <w:pPr>
        <w:pStyle w:val="Heading2"/>
      </w:pPr>
      <w:r>
        <w:t>Text rozhodnutia</w:t>
      </w:r>
    </w:p>
    <w:p>
      <w:r>
        <w:t>Súd: Krajský súd Bratislava Spisová značka: 5Sd/29/2016 Identifikačné číslo súdneho spisu: 1016200362 Dátum vydania rozhodnutia: 02. 11. 2016 Meno a priezvisko sudcu, VSÚ: JUDr. Milota Tóthová ECLI: ECLI:SK:KSBA:2016:1016200362.2 ROZSUDOK V MENE SLOVENSKEJ REPUBLIKY Krajský súd v Bratislave samosudkyňou JUDr. Milotou Tóthovou v právnej veci navrhovateľky T. X., C. K. X, C., E. B. Z. XXX, D., proti odporkyni Sociálnej poisťovni ústredie v Bratislave, Ul. 29. augusta č. 8-10, Bratislava, o invalidný dôchodok, takto r o z h o d o l : Súd rozhodnutie odporkyne číslo XXX XXX XXXX X zo dňa 2. decembra 2015 p o t v r d z u j e . Účastníkom náhradu trov konania nepriznáva. o d ô v o d n e n i e : Rozhodnutím číslo XXX XXX XXXX X zo dňa 2.12.2015 odporkyňa podľa § 70 ods. 1 a § 82 zákona č. 461/2003 Z.z. o sociálnom poistení v znení neskorších predpisov priznala navrhovateľke od 3. júna 2015 invalidný dôchodok v sume 147,40 eur mesačne, zvýšený od 1. januára 2016 na sumu 148,40 eur mesačne. Rozhodla tak s odôvodnením, že podľa posudku posudkového lekára sociálneho poistenia Sociálnej poisťovne, pobočka Bratislava zo dňa 9. októbra 2015 navrhovateľka bola uznaná za invalidnú, miera poklesu schopnosti vykonávať zárobkovú činnosť u navrhovateľky je 55%. Navrhovateľka návrhom zo dňa 23.12.2015 žiadala preskúmať toto rozhodnutie, nesúhlasila si stanovenou mierou poklesu schopnosti vykonávať zárobkovú činnosť, namietala, že táto nezodpovedá jej súčasnej schopnosti vykonávať zárobkovú činnosť a poukazovala na to, že nezvláda ani obyčajné práce v domácnosti, niekedy sa nedokáže postarať ani o seba, jej postihnutie jej bráni vychádzať samej z domu a nezvláda ani svoje záujmové činnosti. Mala za to, že predchádzajúcu pracovnú činnosť zvláda približne na 10% z predchádzajúceho výkonu pred zdravotným postihnutím. Krajský súd preskúmal napadnuté rozhodnutie podľa § 250l a nasl. O.s.p., prejednal návrh navrhovateľky a dospel k záveru, že návrh nie je dôvodný. Krajský súd vykonal dokazovanie výsluchom účastníkov konania, posudkom posudkového lekára Sociálnej poisťovne pobočky Bratislava zo dňa 9.10.2015 a 27.1.2016, posudkom posudkového lekára Sociálnej poisťovne ústredie Bratislava zo dňa 1.3.2016, oboznámil sa s posudkovým spisom odporkyne a zistil tento skutkový stav. Podľa § 70 ods. 1 zákona č. 461/2003 Z.z. o sociálnom poistení v znení neskorších predpisov poistenec má nárok na invalidný dôchodok, ak sa stal invalidný, získal počet rokov dôchodkového poistenia uvedený v § 72 a ku dňu vzniku invalidity nespĺňa podmienky nároku na starobný dôchodok alebo mu nebol priznaný predčasný starobný dôchodok. Podľa § 71 ods. 1 zákona č. 461/2003 Z.z. o sociálnom poistení poistenec je invalidný, ak pre dlhodobo nepriaznivý zdravotný stav má pokles schopnosti vykonávať zárobkovú činnosť o viac ako 40% v porovnaní so zdravou fyzickou osobou. Podľa § 71 ods. 2 cit. zákona dlhodobo nepriaznivý zdravotný stav je taký zdravotný stav, ktorý spôsobuje pokles schopnosti vykonávať zárobkovú činnosť a ktorý má podľa poznatkov lekárskej vedy trvať dlhšie ako jeden rok. Podľa § 71 ods. 3 cit. zákona pokles schopnosti vykonávať zárobkovú činnosť sa posudzuje porovnaním telesnej schopnosti, duševnej schopnosti a zmyslovej schopnosti poistenca s dlhodobo nepriaznivým zdravotným stavom a telesnej schopnosti, duševnej schopnosti a zmyslovej schopnosti zdravej fyzickej osoby. Pri posudzovaní poklesu schopnosti vykonávať zárobkovú činnosť sa neprihliada na zdravotné postihnutia, ktoré boli zohľadnené na nárok na invalidný výsluhový dôchodok podľa osobitného predpisu. Podľa § 71 ods. 4 cit. zákona pokles schopnosti vykonávať zárobkovú činnosť sa posudzuje na základe a) lekárskych správ a údajov zo zdravotnej dokumentácie zdravotníckeho zariadenia a zhodnotenia liečby s určením diagnostického záveru, stabilizácie ochorenia, jeho ďalšieho vývoja, ďalšej liečby a b) komplexných funkčných vyšetrení a ich záverov, pričom sa prihliada na zostávajúcu schopnosť vykonávať zárobkovú činnosť, zostávajúcu schopnosť prípravy na povolanie, možnosti poskytnutia pracovnej rehabilitácie alebo rekvalifikácie. Podľa § 71 ods. 6 cit. zákona miera poklesu schopnosti vykonávať zárobkovú činnosť v percentách sa určuje podľa druhu zdravotného postihnutia, ktoré je rozhodujúcou príčinou dlhodobo nepriaznivého zdravotného stavu, a so zreteľom na závažnosť ostatných zdravotných postihnutí. Podľa § 71 ods. 7 cit. zákona jednotlivé percentuálne miery poklesu schopnosti vykonávať zárobkovú činnosť sa nesčítavajú. Podľa § 71 ods. 8 cit. zákona mieru poklesu schopnosti vykonávať zárobkovú činnosť určenú podľa odseku 6 možno zvýšiť najviac o 10%, ak závažnosť ostatných zdravotných postihnutí ovplyvňuje pokles schopnosti vykonávať zárobkovú činnosť. Na určenie zvýšenia hodnoty sa vychádza z predchádzajúceho výkonu zárobkovej činnosti, dosiahnutého vzdelania, skúsenosti a schopnosti rekvalifikácie. Obdobne to platí, ak pokles schopnosti vykonávať zárobkovú činnosť je dôsledkom viacerých zdravotných postihnutí podmieňujúcich dlhodobo nepriaznivý zdravotný stav. Hodnotenie miery zhoršenie zdravotného stavu vyžaduje odborné lekárske znalosti a vo veciach dôchodkového poistenia je podľa zákona č. 461/2003 Z.z. o sociálnom poistení lekárska posudková činnosť dôchodkového poistenia zverená posudkovému lekárovi sociálneho poistenia príslušnej pobočky a posudkovému lekárovi sociálneho poistenia ústredia (153 ods. 5 zákona č. 461/2003 Z.z.). Na základe žiadosti navrhovateľky o invalidný dôchodok zdravotný stav a pracovná schopnosť navrhovateľky boli posúdené posudkovým lekárom Sociálnej poisťovne pobočka Bratislava dňa 9.10.2015, ktorý uviedol, že navrhovateľka trpí na depresívnu poruchu a degeneratívne choroby nervového systému. Navrhovateľka je asi štyri roky v psychiatrickej starostlivosti, bola opakovane hospitalizovaná pre poruchu nálady, pocit smútku, zlyhávanie v komunikácii s okolím, ťažkosti so sústredením a zlým spánkom, príznaky viedli až k pokusu o samovraždu. Po poslednej liečbe v dennom stacionári, kde navrhovateľka bola niekoľko mesiacov došlo k čiastočnému zlepšeniu, i po tejto liečbe však pretrváva najmä negatívny seba obraz, znížená frustračná tolerancia, znížená zaťaž a hlavne sklon k sociálnej izolácii. Rozhodujúcim zdravotným postihnutím u navrhovateľky sú poruchy nálad depresívne, ťažká forma (kapitola V., položka 3.b) prílohy č. 4 zákona č. 461/2003 Z.z.), kde mieru poklesu schopnosti vykonávať zárobkovú činnosť posudkový lekár stanovil na 50% s tým, že dolná hranica percentuálneho rozpätia v danej položke bola určená z dôvodu, že nie sú prítomné závažné psychotické príznaky. Pre iné zdravotné postihnutie a to zápalové choroby mozgu a miechy, stredne ťažké formy (kapitola VI., oddiel A , položka 10.b) prílohy č. 4 zákona č.461/2003 Z.z. zvýšil percentuálnu mieru o 5% pre neurologický nález na mozgu, ktorý bol potvrdený MRI vyšetrením, je zdôvodnený samotným nálezom na mozgu, avšak nie s výrazným objektívnym somatickým nálezom neurológa. Dátum vzniku invalidity stanovil od 3.6.2015, t.j. dňom skončenia jednoročného podporného obdobia. Navrhovateľka je invalidná podľa § 71 ods. 1 zákona č. 461/2003 Z.z. o sociálnom zabezpečení. Navrhovateľka môže vykonávať prácu na skrátený úväzok, vo vhodnom pracovnom kolektíve s minimom stresových situácií. Po podaní opravného prostriedku posudkový lekár Sociálnej poisťovne pobočka Bratislava v posudku zo dňa 27.1.2016 konštatoval, že neboli doložené žiadne nové odborné nálezy. Zotrval v celom rozsahu na posudkovom závere uvedenom v posudku zo dňa 9.10.2015. Posudkový lekár Sociálnej poisťovne ústredie Bratislava v posudku zo dňa 1.3.2016 uviedol že navrhovateľka trpí na choroby a to depresívnu poruchu, úzkostnú poruchu a degeneratívne choroby nervového systému. Konštatoval, že v klinickom obraze pri zaznamenaných psychiatrických vyšetreniach sa opisuje symptomatológia stredne ťažkej depresívnej poruchy a podobne bola navrhovateľka hodnotená i pri jedinej psychiatrickej hospitalizácii v roku 2014. Plačlivosť a smutná nálada navrhovateľky, ktoré boli zaznamenané pri vyšetrení posudkovým lekárom Sociálnej poisťovne ústredie boli odkloniteľné, kognitívne funkcie sú plne zachované, správanie bolo výrazne teatrálne infantilné, čo predstavuje skôr osobnostnú (povahovú) zložku afektívnej poruchy (depresie) ako o endogénnom (chorobnom) podklade ťažkostí. Rozhodujúcim zdravotným postihnutím u navrhovateľky sú poruchy nálad, (manické, depresívne, periodické), ťažké formy (kapitola V., položka 3.b) prílohy č. 4 zákona č. 461/2003 Z.z.), kde mieru poklesu schopnosti vykonávať zárobkovú činnosť stanovil na 50%, pričom posudkový lekár uviedol, že určenie depresívnej poruchy ako ťažkého stupňa, i keď s uznaním dolnej hranice miery poklesu schopnosti z percentuálneho rozpätia pri danej položke je nadštandardné a pre navrhovateľku mimoriadne priaznivé, nakoľko v klinickom obraze pri zaznamenaných psychiatrických vyšetreniach sa opisuje symptomatológia stredne ťažkej depresívnej poruchy, podobne bola navrhovateľka hodnotená i pri jedinej psychiatrickej hospitalizácii v roku 2014 po jej údajnom samovražednom pokuse, pri ktorej by prináležala miera poklesu schopnosti vykonávať zárobkovú činnosť 35% až 45%. Pre iné zdravotné postihnutie a to ostatné ochorenia zvýšil mieru poklesu schopnosti vykonávať zárobkovú činnosť o 5%, čo vzhľadom na negatívny klinický neurologický nález považoval tiež za nadštandardne vysoké. Celková miera poklesu schopnosti vykonávať zárobkovú činnosť u navrhovateľky je 55%. Potvrdil dátum vzniku invalidity od 3.6.2015. Navrhovateľka je invalidná podľa § 71 ods. 1 zákona č. 461/2003 Z.z. o sociálnom zabezpečení. Navrhovateľka môže vykonávať prácu bez nočných zmien, obsluhy strojov a zariadení a bez kontaktu s nebezpečnými látkami, prácu podľa získaného vzdelania a pracovných skúseností, i na skrátený pracovný úväzok. Navrhovateľka sa na pojednávanie dňa 2.11.2016 napriek riadnemu predvolaniu nedostavila, svoju neúčasť na ňom ospravedlnila a súhlasila, aby súd rozhodol v jej neprítomnosti, a preto súd podľa § 101 ods. 2 Občianskeho súdneho poriadku (ďalej len O.s.p.) vec prejednal v jej neprítomnosti. Zástupkyňa odporkyne žiadala napadnuté rozhodnutie ako vecne správne potvrdiť. Posudkový lekár sociálneho poistenia Sociálnej poisťovne pobočka Bratislava ako aj posudkový lekár sociálneho poistenia Sociálnej poisťovne ústredie Bratislava vo svojich vyššie uvedených posudkoch zohľadnili všetky navrhovateľkou uvádzané ťažkosti, vysporiadali sa s lekárskymi nálezmi nachádzajúcimi sa v zdravotnej dokumentácii navrhovateľky a zhodne určili, že rozhodujúcim zdravotným postihnutím u navrhovateľky sú poruchy nálad (manické, depresívne, periodické), ťažké formy (kapitola V., položka 3.b) prílohy č. 4 zákona č. 461/2003 Z.z.), kde mieru poklesu schopnosti vykonávať zárobkovú činnosť posudkoví lekári zhodne stanovili na 50%. Pre iné zdravotné postihnutie a to ostatné ochorenia zvýšili mieru poklesu schopnosti vykonávať zárobkovú činnosť o 5%, takže celková miera poklesu schopnosti vykonávať zárobkovú činnosť prestavuje 55%. Dátum vzniku invalidity bol stanovený od 3.6.2015, t.j. dňom skončenia jednoročného podporného obdobia. Navrhovateľka je asi štyri roky v psychiatrickej starostlivosti, v roku 2014 bola hospitalizovaná pre poruchu nálady, pocit smútku, zlyhávanie v komunikácii s okolím, ťažkosti so sústredením a zlým spánkom, príznaky viedli až k pokusu o samovraždu. V klinickom obraze pri zaznamenaných psychiatrických vyšetreniach sa opisuje symptomatológia stredne ťažkej depresívnej poruchy, podobne i pri jedinej psychiatrickej hospitalizácii v roku 2014. U navrhovateľky sú plne zachované kognitívne funkcie, prejavy plačlivosti a smutnej nálady sú odkloniteľné, správanie je výrazne teatrálne infantilné, čo predstavuje skôr osobnostnú zložku afektívnej poruchy (depresie) ako chorobný podklad ťažkostí. Zistenia posudkových lekárov neboli spochybnené ani v súdnom konaní. Závery posudkov posudkových lekárov sú odborné, presvedčivé, náležite zdôvodnené a súd nezistil rozpor medzi ich závermi a zisteným skutočným stavom. Krajský súd preto z vyššie uvedených dôvodov napadnuté rozhodnutie číslo XXX XXX XXXX X zo dňa 2. decembra 2015 podľa § 250q ods. 2 O.s.p. ako vecne správne potvrdil. O trovách konania súd rozhodol podľa § 250k ods. 1 v spojení s § 250l ods. 2 O.s.p. Navrhovateľka nebola v konaní úspešná, a preto jej súd trovy konania nepriznal a odporkyni trovy konania neprislúchajú. V danom prípade súd postupoval podľa ustanovenia § 492 ods. 1 zákona č. 162/2015 Z.z., podľa ktorého konania podľa tretej hlavy piatej časti Občianskeho súdneho poriadku začaté predo dňom nadobudnutia účinnosti tohto zákona sa dokončia podľa doterajších predpisov. Poučenie: Proti tomuto rozsudku je možné podať odvolanie do 15 dní odo dňa jeho doručenia na Krajskom súde v Bratislave. V odvolaní sa má popri všeobecných náležitostiach /§ 42 ods. 3/ uviesť, proti ktorému rozhodnutiu smeruje, v akom rozsahu sa napáda, v čom sa toto rozhodnutie alebo postup súdu považuje za nesprávny a čoho sa odvolateľ domáha. /§ 205 ods.1 O.s.p./</w:t>
      </w:r>
    </w:p>
    <w:p/>
    <w:p>
      <w:r>
        <w:t>Zdroj: KAUZIS.SK – https://www.kauzis.sk/judikatura/r/ECLI:SK:KSBA:2016:1016200362.2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