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6S/49/2016 z 15. 5. 2016</w:t>
      </w:r>
    </w:p>
    <w:p>
      <w:r>
        <w:t>Uznesenie Krajského súdu Bratislava z 15. mája 2016, sp. zn. 6S/49/2016, ECLI:SK:KSBA:2016:1016200406.1</w:t>
      </w:r>
    </w:p>
    <w:p>
      <w:r>
        <w:t>Súd: Krajský súd Bratislava</w:t>
      </w:r>
    </w:p>
    <w:p>
      <w:r>
        <w:t>Spisová značka: 6S/49/2016</w:t>
      </w:r>
    </w:p>
    <w:p>
      <w:r>
        <w:t>ECLI: ECLI:SK:KSBA:2016:1016200406.1</w:t>
      </w:r>
    </w:p>
    <w:p>
      <w:r>
        <w:t>Dátum vydania: 15.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6S/49/2016 Identifikačné číslo súdneho spisu: 1016200406 Dátum vydania rozhodnutia: 16. 05. 2016 Meno a priezvisko sudcu, VSÚ: JUDr. Vlastimil Pavlikovský ECLI: ECLI:SK:KSBA:2016:1016200406.1 Uznesenie Krajský súd v Bratislave v právnej veci žalobcu: Retail Value Stores, a.s., so sídlom Panónska cesta 16, 851 04 Bratislava, právne zastúpený: JUDr. Michal Matulník, advokát s.r.o., so sídlom Kýčerského 5, 811 05 Bratislava, proti žalovanému: Ministerstvo pôdohospodárstva a rozvoja vidieka Slovenskej republiky, so sídlom Dobrovičova 12, 812 66 Bratislava, o preskúmanie zákonnosti rozhodnutia žalovaného č. 4054/2015-420 zo dňa 16.2.2016 v spojení s rozhodnutím Ministerstva pôdohospodárstva a rozvoja vidieka Slovenskej republiky č. 1047/2015-024 zo dňa 13.10.2015 a o odklade vykonateľnosti týchto rozhodnutí, takto r o z h o d o l : Krajský súd v Bratislave o d k l a d á vykonateľnosť rozhodnutia žalovaného č. 4054/2015-420 zo dňa 16.2.2016 v spojení s rozhodnutím Ministerstva pôdohospodárstva a rozvoja vidieka Slovenskej republiky č. 1047/2015-024 zo dňa 13.10.2015, a to až do nadobudnutia právoplatnosti rozhodnutia súdu vo veci samej. o d ô v o d n e n i e : Žalobca sa žalobou podanou Krajskému súdu v Bratislave dňa 9.3.2016 domáhal preskúmania zákonnosti rozhodnutia žalovaného č. 4054/2015-420 zo dňa 16.2.2016, ktorým žalovaný zamietol rozklad žalobcu a rozhodnutie Ministerstva pôdohospodárstva a rozvoja vidieka Slovenskej republiky č. 1047/2015-024 zo dňa 13.10.2015, ako správneho orgánu prvého stupňa, potvrdil. Prvostupňový správny orgán svojim rozhodnutím rozhodol, že žalobca sa dopustil správneho deliktu podľa § 8 ods. 1 zákona č. 362/2012 Z.z. o neprimeraných podmienkach v obchodných vzťahoch, ktorých predmetom sú potraviny, tým, že požadoval dodatočné peňažné plnenie po prevzatí potraviny, a to vystavením faktúry č. S162728 zo dňa 16.12.2013 vo výške X.XXX,- €. Za tento správny delikt bola žalobcovi uložená pokuta vo výške XX.XXX,- €. Žalobca spolu s podanou žalobou sa domáhal odkladu vykonateľností žalobou napadnutých rozhodnutí a uviedol, že okamžitým výkonom rozhodnutia by žalobcovi hrozila závažná ujma. Samostatná výška pokuty predstavuje v aktuálnej hospodárskej situácii žalobcu takmer likvidačnú sumu ohrozujúcu výkon činnosti žalobcu. Žalobca zamestnáva viac ako 500 zamestnancov a ukončenie prevádzky by malo negatívny dopad nielen na žalobcu, ale aj na jeho zamestnancov. V správnych konaniach žalovaný uložil žalobcovi pokuty v celkovej výške presahujúcej X,X U. eur. Realizovanie pokuty okamžitým výkonom bude mať za následok, že žalobca sa dostane do stavu platobnej neschopnosti.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preto Krajský súd v Bratislave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https://www.kauzis.sk/judikatura/r/ECLI:SK:KSBA:2016:1016200406.1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