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4Sp/24/2016 z 19. 5. 2016</w:t>
      </w:r>
    </w:p>
    <w:p>
      <w:r>
        <w:t>Uznesenie Krajského súdu Bratislava z 19. mája 2016, sp. zn. 4Sp/24/2016, ECLI:SK:KSBA:2016:1016200413.1</w:t>
      </w:r>
    </w:p>
    <w:p>
      <w:r>
        <w:t>Súd: Krajský súd Bratislava</w:t>
      </w:r>
    </w:p>
    <w:p>
      <w:r>
        <w:t>Spisová značka: 4Sp/24/2016</w:t>
      </w:r>
    </w:p>
    <w:p>
      <w:r>
        <w:t>ECLI: ECLI:SK:KSBA:2016:1016200413.1</w:t>
      </w:r>
    </w:p>
    <w:p>
      <w:r>
        <w:t>Dátum vydania: 19. 5.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4Sp/24/2016 Identifikačné číslo súdneho spisu: 1016200413 Dátum vydania rozhodnutia: 20. 05. 2016 Meno a priezvisko sudcu, VSÚ: JUDr. Ľubomír Šramko ECLI: ECLI:SK:KSBA:2016:1016200413.1 Uznesenie Krajský súd v Bratislave v právnej veci navrhovateľa: V. H.. X. B., bytom O. XXX, S. - V. proti odporcovi: Centrum právnej pomoci, kancelária Bratislava so sídlom Námestie slobody 12, Bratislava v konaní o opravnom prostriedku navrhovateľa datovaného 7.2.2016 proti rozhodnutiu odporcu Sp. zn.: 13690/2015-KaBa, ČRZ: 79666/2015 zo dňa 22.12.2015 takto r o z h o d o l : Krajský súd v Bratislave konanie sp. zn.. 4Sp/24/2016 z a s t a v u j e . Žiaden z účastníkov konania nemá právo na náhradu trov tohto konania. o d ô v o d n e n i e : Dňa 9.3.2016 bol osobne - do podateľne Krajského súdu v Bratislave (ďalej len „súd“) doručený návrh - opravný prostriedok navrhovateľa zo 7.2.2016, ktorým navrhovateľ, ako to vyplýva z jeho obsahu, napadol odvolaním rozhodnutie odporcu Sp. zn.: 13690/2015-KaBa, ČRZ: 79666/2015 zo dňa 22.12.2015. K návrhu pripojil o. i. kópiu napadnutého rozhodnutia odporcu Sp. zn.: 13690/2015-KaBa, ČRZ: 79666/2015 zo dňa 22.12.2015. Tomuto návrhu bola pridelená spisová značka 4Sp/24/2016. Na výzvu súdu zo 14.3.2016 adresovanú navrhovateľovi tento podaním z 23.3.2016 potvrdil, že návrh datovaný 7.2.2016 (sp. zn.: 4Sp/24/2016) je opravným prostriedkom voči rozhodnutiu odporcu Sp. zn.: 13690/2015-KaBa, ČRZ: 79666/2015 zo dňa 22.12.2015. Z evidenčných pomôcok súdu bolo zistené, že pod sp. zn.: 9Sp/14/2016 sa vedie konanie o preskúmanie totožného rozhodnutia odporcu. Návrh v tomto konaní bol súdu doručený 15.2.2016. Podľa § 250l ods.1 Občianskeho súdneho poriadku (ďalej len „O.s.p.“) podľa ustanovení tejto hlavy sa postupuje v prípadoch, v ktorých zákon zveruje súdom rozhodovanie o opravných prostriedkoch proti neprávoplatným rozhodnutiam správnych orgánov. Podľa. ods. 2 citovaného zákonného ustanovenia pokiaľ v tejto hlave nie je ustanovené inak, použije sa primerane ustanovenie druhej hlavy s výnimkou § 250 a. Podľa. § 246c ods. 1 O.s.p. pre riešenie otázok, ktoré nie sú priamo upravené v tejto časti, sa použijú primerane ustanovenia prvej, tretej a štvrtej časti tohto zákona. Opravný prostriedok je prípustný, len ak je to ustanovené v tejto časti. Proti rozhodnutiu Najvyššieho súdu Slovenskej republiky opravný prostriedok nie je prípustný. Podľa. § 103 O.s.p. kedykoľvek za konania prihliada súd na to, či sú splnené podmienky, za ktorých môže konať vo veci (podmienky konania). Podľa § 83 O.s.p. začatie konania bráni tomu, aby o tej istej veci prebiehalo na súde iné konanie. Podľa ust. § 104 ods. 1 O.s.p. ak ide o taký nedostatok podmienky konania, ktorý nemožno odstrániť, súd konanie zastaví. Ak vec nespadá do právomoci súdov alebo ak má predchádzať iné konanie, súd postúpi vec po právoplatnosti uznesenia o zastavení konania príslušnému orgánu; právne účinky spojené s podaním návrhu na začatie konania zostávajú pritom zachované. Pretože súd zo spisu sp. zn.: 9Sp/14/2016 zistil, že predmetom tohto súdneho konania je preskúmanie totožného rozhodnutia odporcu ako je tomu v konaní sp. zn.: 4Sp/24/2016, pričom návrh v konaní sp. zn.: 4Sp/24/2016 bol súdu doručený až po začatí konania sp. zn.: 9Sp/14/2016, súd s poukazom na citované zákonné ustanovenia konanie zastavil, nakoľko konaniu vo veci sp. zn.. 4Sp/24/2016 bráni skôr začaté konanie sp. zn.. 9Sp/14/2016. O trovách konania súd rozhodol v súlade s analogickým použitím ust. § 146 ods.1, písm. c), O.s.p., keď navrhovateľ naviac nenavrhol ich náhradu (§151 ods. 1 O.s.p.). Poučenie: Proti tomuto uzneseniu možno podať odvolanie v lehote 15 dní odo dňa jeho doručenia na Najvyšší súd Slovenskej republiky prostredníctvom Krajského súdu v Bratislave, písomne, vo dvoch vyhotoveniach. V odvolaní sa má popri všeobecných náležitostiach (z odvolania musí byť zjavné, ktorému súdu je určené, kto ho robí, ktorej veci sa týka a čo sleduje, a musí byť podpísané a datované; odvolanie treba predložiť s potrebným počtom rovnopisov a s prílohami tak, aby jeden rovnopis zostal na súde a aby každý účastník dostal jeden rovnopis, ak je to potrebné; ak účastník nepredloží potrebný počet rovnopisov a príloh, súd vyhotoví kópie na jeho trovy) uviesť, proti ktorému rozhodnutiu smeruje, v akom rozsahu sa napáda, v čom sa toto rozhodnutie alebo postup súdu považuje za nesprávny a čoho sa odvolateľ domáha. (§ 205 ods. 1 O.s.p).</w:t>
      </w:r>
    </w:p>
    <w:p/>
    <w:p>
      <w:r>
        <w:t>Zdroj: KAUZIS.SK – https://www.kauzis.sk/judikatura/r/ECLI:SK:KSBA:2016:1016200413.1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