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2S/50/2016 z 23. 8. 2016</w:t>
      </w:r>
    </w:p>
    <w:p>
      <w:r>
        <w:t>Uznesenie Krajského súdu Bratislava z 23. augusta 2016, sp. zn. 2S/50/2016, ECLI:SK:KSBA:2016:1016200414.1</w:t>
      </w:r>
    </w:p>
    <w:p>
      <w:r>
        <w:t>Súd: Krajský súd Bratislava</w:t>
      </w:r>
    </w:p>
    <w:p>
      <w:r>
        <w:t>Spisová značka: 2S/50/2016</w:t>
      </w:r>
    </w:p>
    <w:p>
      <w:r>
        <w:t>ECLI: ECLI:SK:KSBA:2016:1016200414.1</w:t>
      </w:r>
    </w:p>
    <w:p>
      <w:r>
        <w:t>Dátum vydania: 23. 8. 2016</w:t>
      </w:r>
    </w:p>
    <w:p>
      <w:r>
        <w:t>Forma: Uznesenie</w:t>
      </w:r>
    </w:p>
    <w:p>
      <w:pPr>
        <w:pStyle w:val="Heading2"/>
      </w:pPr>
      <w:r>
        <w:t>Text rozhodnutia</w:t>
      </w:r>
    </w:p>
    <w:p>
      <w:r>
        <w:t>Súd: Krajský súd Bratislava Spisová značka: 2S/50/2016 Identifikačné číslo súdneho spisu: 1016200414 Dátum vydania rozhodnutia: 24. 08. 2016 Meno a priezvisko sudcu, VSÚ: Mgr. Viliam Pohančeník ECLI: ECLI:SK:KSBA:2016:1016200414.1 Uznesenie Krajský súd v Bratislave v právnej veci žalobcu: Slovenská poľnohospodárska univerzita v Nitre, IČO: 00 397 482, Trieda Andreja Hlinku 2, Nitra, zastúpený: MAPLE &amp; FISH s.r.o., Dunajská 15/ A, Bratislava, v mene ktorej koná JUDr. Viliam Karas, PhD., advokát a konateľ, proti žalovanému: 1/ Výskumná agentúra, Hanulova 5/B, Bratislava, 2/ Ministerstvo školstva, vedy, výskumu a športu Slovenskej republiky, Stromová 1, Bratislava, o preskúmanie zákonnosti rozhodnutia žalovaného 1/ - Správy o zistenej nezrovnalosti č. T zo dňa 18.01.2016 v spojení so Žiadosťou o vrátenie finančných prostriedkov projektu č. XXXXXXXXXXX/ZXX zo dňa 18.01.2016, takto r o z h o d o l : Krajský súd v Bratislave konanie z a s t a v u j e . Žiaden z účastníkov nemá právo na náhradu trov konania. Krajský súd v Bratislave v r a c i a žalobcovi súdny poplatok za žalobu vo výške 63,30 eur prostredníctvom Slovenská pošta, a.s., CVFT, OSA, Thurzova 1, 042 21 Košice. Súdny poplatok bude vrátený po nadobudnutí právoplatnosti uznesenia. o d ô v o d n e n i e : 1. Včas podanou žalobou sa žalobca domáhal preskúmania zákonnosti rozhodnutia žalovaného 1/ - Správy o zistenej nezrovnalosti č. T zo dňa 18.01.2016 v spojení so Žiadosťou o vrátenie finančných prostriedkov projektu č. XXXXXXXXXXX/ZXX zo dňa 18.01.2016 (ďalej aj len „napadnuté rozhodnutie“), ktorým mu žalovaný oznámil, že požaduje vrátiť sumu XX XXX,XX eur, ktorá je súčtom požadovaných korekcií uložených vo výške poskytnutých finančných prostriedkov zo zdrojov Európskej únie a zo zdrojov štátneho rozpočtu. 2. Podaním doručeným správnemu súdu dňa 29.07.2016 vzal žalobca žalobu späť a navrhol konanie zastaviť. 3.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11 ods. 3 veta tretia zákona č. 71/1992 Zb. o súdnych poplatkoch a poplatku za výpis z registra trestov v znení neskorších predpisov (ďalej aj len „zákon o súdnych poplatkoch“), v konaní pred správnym súdom sa poplatok vráti, ak sa konanie zastavilo, ak sa správna žaloba, kasačná sťažnosť alebo žaloba na obnovu konania odmietla alebo vzala späť pred prejednaním veci. 6. Podľa § 11 ods. 4 veta prvá zákona o súdnych poplatkoch, okrem poplatku v konaní o rozvod manželstva a poplatku, ktorý sa vracia podľa odseku 1, sa poplatok alebo jeho časť (preplatok) vracia krátený o 1 %, najmenej však 6,70 eura. 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Nakoľko žalobca vzal žalobu späť pred rozhodnutím veci, správny súd v súlade s § 99 písm. a) S.s.p. konanie zastavil a vzhľadom na to, že zaplatil súdny poplatok vo výške 70,- eur, správny súd zároveň rozhodol o vrátení súdneho poplatku kráteného o sumu 6,70 eur podľa § 11 ods. 3 veta tretia a § 11 ods. 4 veta prvá zákona o súdnych poplatkoch tak, ako je uvedené v treťom výroku tohto uznesenia. Súdny poplatok bude vrátený prostredníctvom Slovenská pošta, a.s., CVFT, OSA, Thurzova 1, 042 21 Košice po nadobudnutí právoplatnosti uznesenia. 9. O náhrade trov konania správny súd rozhodol podľa § 170 písm. b)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https://www.kauzis.sk/judikatura/r/ECLI:SK:KSBA:2016:1016200414.1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