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6S/52/2016 z 30. 5. 2016</w:t>
      </w:r>
    </w:p>
    <w:p>
      <w:r>
        <w:t>Uznesenie Krajského súdu Bratislava z 30. mája 2016, sp. zn. 6S/52/2016, ECLI:SK:KSBA:2016:1016200422.1</w:t>
      </w:r>
    </w:p>
    <w:p>
      <w:r>
        <w:t>Súd: Krajský súd Bratislava</w:t>
      </w:r>
    </w:p>
    <w:p>
      <w:r>
        <w:t>Spisová značka: 6S/52/2016</w:t>
      </w:r>
    </w:p>
    <w:p>
      <w:r>
        <w:t>ECLI: ECLI:SK:KSBA:2016:1016200422.1</w:t>
      </w:r>
    </w:p>
    <w:p>
      <w:r>
        <w:t>Dátum vydania: 30.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6S/52/2016 Identifikačné číslo súdneho spisu: 1016200422 Dátum vydania rozhodnutia: 31. 05. 2016 Meno a priezvisko sudcu, VSÚ: JUDr. Vlastimil Pavlikovský ECLI: ECLI:SK:KSBA:2016:1016200422.1 Uznesenie Krajský súd v Bratislave v právnej veci žalobcu: Slovenská poľnohospodárska univerzita v Nitre, so sídlom Trieda Andreja Hlinku č. 2, 949 76 Nitra, právne zastúpený: MAPLE &amp; FISH s.r.o., so sídlom Dunajská 15/A, 811 08 Bratislava, proti žalovanému: 1. Výskumná agentúra, so sídlom Hanulová 5/B, 841 01 Bratislava a 2. Ministerstvo školstva, vedy, výskumu a športu Slovenskej republiky, so sídlom Stromová 1, 813 30 Bratislava, v konaní o preskúmanie zákonnosti rozhodnutí žalovaného - Správy o zistenej finančnej nezrovnalosti č. N21600084/S01 zo dňa 20.1.2016 a Žiadosti o vrátenie finančných prostriedkov č. 26220220014/Z01 zo dňa 20.1.2016 a o odklade vykonateľnosti, takto r o z h o d o l : Krajský súd v Bratislave o d k l a d á vykonateľnosť Žiadosti o vrátenie finančných prostriedkov č. 26220220014/Z01 zo dňa 20.1.2016 vydanej žalovaným, a to až do nadobudnutia právoplatnosti rozhodnutia súdu vo veci samej. o d ô v o d n e n i e : Žalobca sa žalobou podanou Krajskému súdu v Bratislave dňa 10.3.2016 domáhal preskúmania zákonnosti rozhodnutí žalovaného - Správy o zistenej finančnej nezrovnalosti č. N21600084/S01 zo dňa 20.1.2016 a Žiadosti o vrátenie finančných prostriedkov č. 26220220014/Z01 zo dňa 20.1.2016 ako aj odkladu vykonateľnosti týchto rozhodnutí. Podľa Správy o zistenej nezrovnalosti č. N21600084/S01 zo dňa 20.1.2016 vznikli na strane žalobcu nezrovnalosti pri projekte „Aplikácia informačných technológií na zvýšenie environmentálnej a ekonomickej udržateľnosti produkčného agrosystému“ tým, že žalobca potupoval v rozpore s § 45 zákona č. 25/2006 Z.z. o verejnom obstarávaní. V návrhu na odklad vykonateľnosti žalobcu uviedol, že v prípade vymáhania korekcie stanovenej vo výške XX.XXX,XX € hrozí žalobcovi riziko prerušenia výkonu jej činnosti a s tým súvisiace ohrozenie výkonu poslania žalobcu. Zaplatenie tejto korekcie, ako aj ďalších, ktoré sú spolu vo výške X Q. eur by pre žalobcu malo likvidačný charakter. Podľa § 250c veta druhá O.s.p., na žiadosť účastníka môže predseda senátu uznesením vykonateľnosť rozhodnutia odložiť, ak by okamžitým výkonom napadnutého rozhodnutia hrozila závažná ujma. Krajský súd v Bratislave pri posudzovaní návrhu žalobcu na odklad vykonateľnosti vyššie uvedených rozhodnutí dospel k záveru, že len v prípade Žiadosti o vrátenie finančných prostriedkov č. 26220220014/ Z01 zo dňa 20.1.2016 vydanej žalovaným, dochádza k zásahu do práv a oprávnených záujmov žalobcu, nakoľko vrátením finančných prostriedkov by mu hrozila závažná ujma spočívajúca v neúnosnom finančnom zaťažení. V prípade Správy o zistenej nezrovnalosti č. N21600084/S01 zo dňa 20.1.2016 krajský súd návrhu na odklad vykonateľnosti nevyhovel, nakoľko toto rozhodnutie žalovaného nemá dopad na finančnú sféru žalobcu. O tejto skutočnosti bol žalobca informovaný prostredníctvom Oznámenia o nevyhovení návrhu na odklad vykonateľnosti. Na základe vyššie uvedených skutočností Krajský súd v Bratislave odložil vykonateľnosť rozhodnutia žalovaného - Žiadosti o vrátenie finančných prostriedkov č. 26220220014/Z01 zo dňa 20.1.2016 vydanej žalovaným, a to až do nadobudnutia právoplatnosti rozhodnutia súdu vo veci samej. Poučenie: Proti tomuto uzneseniu odvolanie nie je prípustné.</w:t>
      </w:r>
    </w:p>
    <w:p/>
    <w:p>
      <w:r>
        <w:t>Zdroj: KAUZIS.SK – https://www.kauzis.sk/judikatura/r/ECLI:SK:KSBA:2016:1016200422.1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