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6S/52/2016 z 25. 10. 2016</w:t>
      </w:r>
    </w:p>
    <w:p>
      <w:r>
        <w:t>Uznesenie Krajského súdu Bratislava z 25. októbra 2016, sp. zn. 6S/52/2016, ECLI:SK:KSBA:2016:1016200422.2</w:t>
      </w:r>
    </w:p>
    <w:p>
      <w:r>
        <w:t>Súd: Krajský súd Bratislava</w:t>
      </w:r>
    </w:p>
    <w:p>
      <w:r>
        <w:t>Spisová značka: 6S/52/2016</w:t>
      </w:r>
    </w:p>
    <w:p>
      <w:r>
        <w:t>ECLI: ECLI:SK:KSBA:2016:1016200422.2</w:t>
      </w:r>
    </w:p>
    <w:p>
      <w:r>
        <w:t>Dátum vydania: 25. 10. 2016</w:t>
      </w:r>
    </w:p>
    <w:p>
      <w:r>
        <w:t>Forma: Uznesenie</w:t>
      </w:r>
    </w:p>
    <w:p>
      <w:pPr>
        <w:pStyle w:val="Heading2"/>
      </w:pPr>
      <w:r>
        <w:t>Text rozhodnutia</w:t>
      </w:r>
    </w:p>
    <w:p>
      <w:r>
        <w:t>Súd: Krajský súd Bratislava Spisová značka: 6S/52/2016 Identifikačné číslo súdneho spisu: 1016200422 Dátum vydania rozhodnutia: 26. 10. 2016 Meno a priezvisko sudcu, VSÚ: JUDr. Vlastimil Pavlikovský ECLI: ECLI:SK:KSBA:2016:1016200422.2 Uznesenie Krajský súd v Bratislave v právnej veci žalobcu: Slovenská poľnohospodárska univerzita v Nitre, so sídlom Trieda Andreja Hlinku č. 2, 949 76 Nitra, právne zastúpený: MAPLE &amp; FISH s.r.o., so sídlom Dunajská 15/A, 811 08 Bratislava, proti žalovanému: 1. Výskumná agentúra, so sídlom Hanulová 5/B, 841 01 Bratislava a 2. Ministerstvo školstva, vedy, výskumu a športu Slovenskej republiky, so sídlom Stromová 1, 813 30 Bratislava, v konaní o preskúmanie zákonnosti rozhodnutí žalovaného - Správy o zistenej finančnej nezrovnalosti č. N21600084/S01 zo dňa 20.01.2016 a Žiadosti o vrátenie finančných prostriedkov č. 26220220014/Z01 zo dňa 20.01.2016, jednohlasne, takto r o z h o d o l : Krajský súd v Bratislave konanie z a s t a v u j e . Žiaden z účastníkov n e m á právo na náhradu trov konania. Krajský súd v Bratislave v r a c i a žalobcovi súdny poplatok vo výške 63,30 € prostredníctvom Slovenskej pošty, a.s. - prevádzkovateľ systému, IČO 36 631 124, so sídlom Partizánska cesta 9, 975 99 Banská Bystrica. Poplatok bude vrátený po nadobudnutí právoplatnosti tohto uznesenia. o d ô v o d n e n i e : 1. Žalobca sa žalobou podanou Krajskému súdu v Bratislave dňa 10.03.2016 domáhal preskúmania zákonnosti rozhodnutí žalovaného - Správy o zistenej finančnej nezrovnalosti č. N21600084/S01 zo dňa 20.01.2016 a Žiadosti o vrátenie finančných prostriedkov č. 26220220014/Z01 zo dňa 20.01.2016 ako aj odkladu vykonateľnosti týchto rozhodnutí. Podľa Správy o zistenej nezrovnalosti č. N21600084/S01 zo dňa 20.01.2016 vznikli na strane žalobcu nezrovnalosti pri projekte „Aplikácia informačných technológií na zvýšenie environmentálnej a ekonomickej udržateľnosti produkčného agrosystému“ tým, že žalobca potupoval v rozpore s § 45 zákona č. 25/2006 Z.z. o verejnom obstarávaní. V návrhu na odklad vykonateľnosti žalobcu uviedol, že v prípade vymáhania korekcie stanovenej vo výške XX.XXX,XX € hrozí žalobcovi riziko prerušenia výkonu jej činnosti a s tým súvisiace ohrozenie výkonu poslania žalobcu. Zaplatenie tejto korekcie, ako aj ďalších, ktoré sú spolu vo výške 3 miliónov eur, by pre žalobcu malo likvidačný charakter. 2. Podaním doručeným krajskému súdu dňa 29.07.2016 zobral žalobca svoj návrh späť. 3. Podľa § 63 Správneho súdneho poriadku (ďalej len SSP), žalobca môže do vydania rozhodnutia správneho súdu vziať žalobu späť, a to sčasti alebo celkom. Ak je žaloba vzatá späť celkom, správny súd konanie zastaví. Ak je žaloba vzatá spať sčasti, správny súd konanie v tejto časti zastaví. O čiastočnom späťvzatí žaloby rozhodne správny súd v rozhodnutí vo veci samej. 4. Krajský súd v Bratislave konanie zastavil, nakoľko žalobca zobral žalobu späť v celom rozsahu. 5. Podľa § 170 písm. b) SSP, žiaden z účastníkov nemá právo na náhradu trov konania, ak konanie bolo zastavené. 6. Nakoľko konanie bolo z titulu späťvzatia zastavené, súd rozhodol podľa § 170 písm. b) SSP o trovách konania tak, že žiaden z účastníkov nemá právo na náhradu trov konania. 7. Podľa § 11 ods. 3 a 4 zákona č. 71/1992 Zb. o súdnych poplatkoch a poplatku za výpis z registra trestov (ďalej len zákon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(4) Okrem poplatku v konaní o rozvod manželstva a poplatku, ktorý sa vracia podľa odseku 1, sa poplatok alebo jeho časť (preplatok) vracia krátený o 1%, najmenej však 6,70 eura. Ak sa návrh vzal späť pred zaplatením poplatku, poplatok sa nevyrubuje. 8. Žalobca zaplatil súdny poplatok vo výške 70,- €. Nakoľko sa v tejto veci konanie zastavilo, súd v zmysle ustanovenia § 11 ods. 3 a 4 zákona č. 71/1992 Zb. vrátil žalobcovi krátený súdny poplatok vo výške 63,30 €. 9.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https://www.kauzis.sk/judikatura/r/ECLI:SK:KSBA:2016:1016200422.2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