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1S/60/2016 z 6. 4. 2016</w:t>
      </w:r>
    </w:p>
    <w:p>
      <w:r>
        <w:t>Uznesenie Krajského súdu Bratislava z 6. apríla 2016, sp. zn. 1S/60/2016, ECLI:SK:KSBA:2016:1016200475.1</w:t>
      </w:r>
    </w:p>
    <w:p>
      <w:r>
        <w:t>Súd: Krajský súd Bratislava</w:t>
      </w:r>
    </w:p>
    <w:p>
      <w:r>
        <w:t>Spisová značka: 1S/60/2016</w:t>
      </w:r>
    </w:p>
    <w:p>
      <w:r>
        <w:t>ECLI: ECLI:SK:KSBA:2016:1016200475.1</w:t>
      </w:r>
    </w:p>
    <w:p>
      <w:r>
        <w:t>Dátum vydania: 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1S/60/2016 Identifikačné číslo súdneho spisu: 1016200475 Dátum vydania rozhodnutia: 07. 04. 2016 Meno a priezvisko sudcu, VSÚ: JUDr. Monika Valašíková PhD. ECLI: ECLI:SK:KSBA:2016:1016200475.1 Uznesenie Krajský súd v Bratislave v právnej veci žalobcu: C.. H. V., K., N. A. XX, XXX XX R., proti žalovanému: Slovenská advokátska komora, Kolárska 4, 813 42 Bratislava, o preskúmanie zákonnosti rozhodnutia žalovaného sp.zn.: III.ODS 7/15:2697/2013 zo dňa 15.06.2015, takto r o z h o d o l : Krajský súd v Bratislave p o s t u p u j e vec Krajskému súdu v Prešove. o d ô v o d n e n i e : Žalobou doručenou tunajšiemu súdu dňa 21.03.2016 sa žalobca domáhal preskúmania zákonnosti rozhodnutia žalovaného sp.zn.: III.ODS 7/15:2697/2013 zo dňa 15.06.2015, ktorým je orgán s pôsobnosťou pre celé územie Slovenskej republiky.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85 ods. 1 O.s.p. všeobecným súdom občana je súd, v obvode ktorého má občan bydlisko, a ak nemá bydlisko, súd, v obvode ktorého sa zdržuje. Podľa § 250d ods. 2 O.s.p. ak predseda senátu zistí, že súd nie je vecne alebo miestne príslušný, postúpi vec uznesením príslušnému súdu. V uvedenej veci bolo zistené, že Krajský súd v Bratislave nie je miestne príslušným na konanie o podanej žalobe. Žalovaný - Slovenská advokátska komora - je správnym orgánom s pôsobnosťou pre celé územie Slovenskej republiky, avšak nejde o ústredný orgán štátnej správy. Miestne príslušným je preto krajský súd, v ktorého obvode je všeobecný súd žalobcu. Keďže žalobca má bydlisko v Bardejove, jeho všeobecným súdom je Okresný súd Bardejov, ktorý sa nachádza v obvode Krajského súdu v Prešove, ktorému bude vec postúpená po právoplatnosti tohto uznesenia. Poučenie: Proti tomuto uzneseniu nie je prípustný opravný prostriedok.</w:t>
      </w:r>
    </w:p>
    <w:p/>
    <w:p>
      <w:r>
        <w:t>Zdroj: KAUZIS.SK – https://www.kauzis.sk/judikatura/r/ECLI:SK:KSBA:2016:1016200475.1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