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6S/62/2016 z 12. 4. 2016</w:t>
      </w:r>
    </w:p>
    <w:p>
      <w:r>
        <w:t>Uznesenie Krajského súdu Bratislava z 12. apríla 2016, sp. zn. 6S/62/2016, ECLI:SK:KSBA:2016:1016200497.1</w:t>
      </w:r>
    </w:p>
    <w:p>
      <w:r>
        <w:t>Súd: Krajský súd Bratislava</w:t>
      </w:r>
    </w:p>
    <w:p>
      <w:r>
        <w:t>Spisová značka: 6S/62/2016</w:t>
      </w:r>
    </w:p>
    <w:p>
      <w:r>
        <w:t>ECLI: ECLI:SK:KSBA:2016:1016200497.1</w:t>
      </w:r>
    </w:p>
    <w:p>
      <w:r>
        <w:t>Dátum vydania: 12.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6S/62/2016 Identifikačné číslo súdneho spisu: 1016200497 Dátum vydania rozhodnutia: 13. 04. 2016 Meno a priezvisko sudcu, VSÚ: JUDr. Vlastimil Pavlikovský ECLI: ECLI:SK:KSBA:2016:1016200497.1 Uznesenie Krajský súd v Bratislave v právnej veci žalobcu: KOOPERATIVA poisťovňa, a.s. Vienna Insurance Group, so sídlom Štefanovičova 4, 816 23 Bratislava, IČO: 00 585 441, právne zastúpený: Ružička Csekes s.r.o. so sídlom Vysoká 2/B, 811 06 Bratislava, proti žalovanému: Národný inšpektorát práce, so sídlom Masarykova 10, 040 01 Košice, o preskúmanie zákonnosti rozhodnutia žalovaného č. OPS/ BEZ/2016/2301, O-22/2016 zo dňa 1.3.2016 v spojení s rozhodnutím Inšpektorátu práce Bratislava č. 2015/426, 2015/15885 zo dňa 18.11.2015, takto r o z h o d o l : Krajský súd v Bratislave o d k l a d á vykonateľnosť rozhodnutia Národného inšpektorátu práce č. OPS/ BEZ/2016/2301, O-22/2016 zo dňa 1.3.2016 v spojení s rozhodnutím Inšpektorátu práce Bratislava č. 2015/426, 2015/15885 zo dňa 18.11.2015, a to až do nadobudnutia právoplatnosti rozhodnutia súdu vo veci samej. o d ô v o d n e n i e : Žalobca sa žalobou podanou Krajskému súdu v Bratislave dňa 24.3.2016 domáhal preskúmania zákonnosti rozhodnutia žalovaného č. OPS/BEZ/2016/2301, O-22/2016 zo dňa 1.3.2016, ktorým bolo potvrdené rozhodnutie Inšpektorátu práce Bratislava č. 2015/426, 2015/15885 zo dňa 18.11.2015 o uložení pokuty vo výške 3.000 € za spáchanie správneho deliktu v oblasti pracovného práva. Žalobca spolu s podanou žalobou sa domáhal odkladu vykonateľnosti, pričom uviedol, že v priamej príčinnej súvislosti s účinkami rozhodnutí žalovaného mu hrozí závažná ujma na jeho právach spočívajúca v možnosti jeho vylúčenia z procesu verejných obstarávaní, pričom poukázal na ustanovenie § 32 ods. 1 písm. g) zákona č. 25/2006 Z.z. o verejnom obstarávaní účinnom od 18.4.2016, podľa ktorého sa verejného obstarávania môže zúčastniť len ten subjekt, ktorý sa nedopustil v predchádzajúcich troch rokoch od vyhlásenia verejného obstarávania závažného porušenia povinností v oblasti pracovného práva, za ktoré mu bola uložená sankcia. Na záver poukázal na to, že v roku 2015 sa žalobca zúčastnil tridsiatich verejných obstarávaní v celkovom objeme 24.543.000 €.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preto Krajský súd v Bratislave postupoval v súlade s citovaným zákonným ustanovením a rozhodol a žiadosti žalobcu spôsobom uvedeným vo výroku tohto uznesenia Poučenie: Proti tomuto uzneseniu odvolanie nie je prípustné.</w:t>
      </w:r>
    </w:p>
    <w:p/>
    <w:p>
      <w:r>
        <w:t>Zdroj: KAUZIS.SK – https://www.kauzis.sk/judikatura/r/ECLI:SK:KSBA:2016:1016200497.1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