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8Sd/42/2016 z 24. 7. 2016</w:t>
      </w:r>
    </w:p>
    <w:p>
      <w:r>
        <w:t>Uznesenie Krajského súdu Bratislava z 24. júla 2016, sp. zn. 8Sd/42/2016, ECLI:SK:KSBA:2016:1016200507.1</w:t>
      </w:r>
    </w:p>
    <w:p>
      <w:r>
        <w:t>Súd: Krajský súd Bratislava</w:t>
      </w:r>
    </w:p>
    <w:p>
      <w:r>
        <w:t>Spisová značka: 8Sd/42/2016</w:t>
      </w:r>
    </w:p>
    <w:p>
      <w:r>
        <w:t>ECLI: ECLI:SK:KSBA:2016:1016200507.1</w:t>
      </w:r>
    </w:p>
    <w:p>
      <w:r>
        <w:t>Dátum vydania: 24.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8Sd/42/2016 Identifikačné číslo súdneho spisu: 1016200507 Dátum vydania rozhodnutia: 25. 07. 2016 Meno a priezvisko sudcu, VSÚ: JUDr. Peter Pospech ECLI: ECLI:SK:KSBA:2016:1016200507.1 Uznesenie Krajský súd v Bratislave v právnej veci navrhovateľa: L. Ž., M. XX. J. XXXX, Q. W.C. XXXX/XX, XXX XX Q.,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26.1.2016 žiadal preskúmať rozhodnutie odporkyne číslo XXX XXX XXXXX zo dňa 2.12.2015, ktorým odporkyňa zamietla žiadosť navrhovateľa o invalidný dôchodok. Písomným prehlásením došlým dňa 30.6.2016 Sociálnej poisťovni - ústredie v Blave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https://www.kauzis.sk/judikatura/r/ECLI:SK:KSBA:2016:1016200507.1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