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10Sd/43/2016 z 30. 3. 2016</w:t>
      </w:r>
    </w:p>
    <w:p>
      <w:r>
        <w:t>Uznesenie Krajského súdu Bratislava z 30. marca 2016, sp. zn. 10Sd/43/2016, ECLI:SK:KSBA:2016:1016200508.1</w:t>
      </w:r>
    </w:p>
    <w:p>
      <w:r>
        <w:t>Súd: Krajský súd Bratislava</w:t>
      </w:r>
    </w:p>
    <w:p>
      <w:r>
        <w:t>Spisová značka: 10Sd/43/2016</w:t>
      </w:r>
    </w:p>
    <w:p>
      <w:r>
        <w:t>ECLI: ECLI:SK:KSBA:2016:1016200508.1</w:t>
      </w:r>
    </w:p>
    <w:p>
      <w:r>
        <w:t>Dátum vydania: 30.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10Sd/43/2016 Identifikačné číslo súdneho spisu: 1016200508 Dátum vydania rozhodnutia: 31. 03. 2016 Meno a priezvisko sudcu, VSÚ: JUDr. Beata Jurgošová ECLI: ECLI:SK:KSBA:2016:1016200508.1 Uznesenie Krajský súd v Bratislave v právnej veci navrhovateľky: C. D., bytom A. XX, Z., proti odporkyni: Sociálnej poisťovni ústredie, ul. 29. augusta 8, 813 63 Bratislava, o invalidný dôchodok, takto r o z h o d o l : Súd konanie z a s t a v u j e . Žiaden z účastníkov nemá právo na náhradu trov konania. o d ô v o d n e n i e : Navrhovateľka svojím návrhom zo dňa 21.12.2015 žiadala preskúmať rozhodnutie odporkyne číslo XXX XXX XXXX X zo dňa 1.12.2015, ktorým odporkyňa jej zamietla žiadosť o invalidný dôchodok. Na posúdení zdravotného stavu dňa 29. februára 2016 navrhovateľka oznámila, že súhlasí s posúdením zdravotného stavu, opravný prostriedok berie späť a žiada konanie zastaviť na krajskom súde. Súd podľa § 250d ods. 3 v spojení s § 250h ods. 2 a § 250l ods. 2 O.s.p. konanie zastavil. O trovách konania súd rozhodol podľa § 246c a § 146 ods. 1 písm. c/ O.s.p. Poučenie: 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https://www.kauzis.sk/judikatura/r/ECLI:SK:KSBA:2016:1016200508.1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