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9Sp/30/2016 z 11. 4. 2016</w:t>
      </w:r>
    </w:p>
    <w:p>
      <w:r>
        <w:t>Rozsudok Krajského súdu Bratislava z 11. apríla 2016, sp. zn. 9Sp/30/2016, ECLI:SK:KSBA:2016:1016200563.1</w:t>
      </w:r>
    </w:p>
    <w:p>
      <w:r>
        <w:t>Súd: Krajský súd Bratislava</w:t>
      </w:r>
    </w:p>
    <w:p>
      <w:r>
        <w:t>Spisová značka: 9Sp/30/2016</w:t>
      </w:r>
    </w:p>
    <w:p>
      <w:r>
        <w:t>ECLI: ECLI:SK:KSBA:2016:1016200563.1</w:t>
      </w:r>
    </w:p>
    <w:p>
      <w:r>
        <w:t>Dátum vydania: 11. 4. 2016</w:t>
      </w:r>
    </w:p>
    <w:p>
      <w:r>
        <w:t>Forma: Rozsudok</w:t>
      </w:r>
    </w:p>
    <w:p>
      <w:r>
        <w:t>Oblasť práva: Správne právo</w:t>
      </w:r>
    </w:p>
    <w:p>
      <w:pPr>
        <w:pStyle w:val="Heading2"/>
      </w:pPr>
      <w:r>
        <w:t>Text rozhodnutia</w:t>
      </w:r>
    </w:p>
    <w:p>
      <w:r>
        <w:t>Súd: Krajský súd Bratislava Spisová značka: 9Sp/30/2016 Identifikačné číslo súdneho spisu: 1016200563 Dátum vydania rozhodnutia: 12. 04. 2016 Meno a priezvisko sudcu, VSÚ: JUDr. Beata Jurgošová ECLI: ECLI:SK:KSBA:2016:1016200563.1 ROZSUDOK V MENE SLOVENSKEJ REPUBLIKY Krajský súd v Bratislave v konaní pred sudkyňou JUDr. Beátou Jurgošovou v právnej veci navrhovateľa: G. J., nar. XX.XX.XXXX, štátna príslušnosť Marocké kráľovstvo, zastúpeného Centrom právnej pomoci, Námestie slobody 12, Bratislava, proti odporcovi Prezídium policajného zboru, Úrad hraničnej a cudzineckej polície, Riaditeľstvo hraničnej a cudzineckej polície Bratislava, Oddelenie cudzineckej polície Policajného zboru Dunajská Streda, Ádorská 34 , Dunajská Streda, o opravnom prostriedku proti rozhodnutiu odporcu č.p.: PPZ-HCP-BA8-13-011/2016-AV zo dňa 09.03.2016, takto r o z h o d o l : Krajský súd v Bratislave rozhodnutie odporcu č.p.: PPZ-HCP-BA8-13-011/2016-AV zo dňa 09.03.2016 p o t v r d z u j e. Súd účastníkom právo na náhradu trov konania nepriznáva. o d ô v o d n e n i e : Odporca predložil na Krajský súd v Bratislave dňa 01.04.2016 právnym zástupcom navrhovateľa podaný opravný prostriedok zo dňa 22.03.2016 proti jeho rozhodnutiu č.p.: PPZ-HCP-BA8-13-011/2016-AV vydanom dňa 09.03.2016, ktorým podľa § 88 ods. 1 písm. b) zákona o pobyte cudzincov bol navrhovateľ zaistený v súlade s § 88 ods. 4 zákona č. 404/2011 Z. z. o pobyte cudzincov a to dňom 09.03.2016 na čas nevyhnutne potrebný, najviac do 09.06.2016 a navrhovateľ bol umiestnený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dňom 09.03. 2016 podľa § 88 ods. 4 zákona o pobyte cudzincov a to najviac do 09.06.2016. V odôvodnení rozhodnutia sa uvádza, že navrhovateľ bol dňa 09.03.2016 kontrolovaný policajtmi Oddelenia cudzineckej polície Policajného zboru Dunajská Streda pred budovou Okresného súdu Dunajská Streda a v zmysle ust. § 75 zákona o pobyte cudzincov požiadaný , aby preukázal oprávnenosť pobytu. Pri kontrole navrhovateľ predložil trestný rozkaz č. 2T/8/2016 vydaný Okresným súdom Dunajská Streda. Na základe uvedených skutočností bol predvedený na Oddelenie cudzineckej polície Policajného zboru Dunajská Streda. Navrhovateľ bol trestným rozkazom Okresného súdu Dunajská Streda č. 2T/8/2016 zo dňa 09.03.2016 uznaný za vinného, z dôvodu, že dňa 17.07.2015 v čase o 00.12 hod. v obci Medveďov, v objekte Útvaru policajného zaistenia pre cudzincov Medveďov, v spoločnej umyvárni nachádzajúcej sa na poschodí budovy č. 5 slúžiacej pre umiestnenie zaistených osôb, fyzicky napadol tam umiestnenú osobu - poškodeného Z. X. a to tým spôsobom, že za pomoci odlomenej rúčky zubnej kefky viackrát pichol poškodeného do trupu, krku a ramena, čím mu spôsobil bodné rany krku, hrudníka a ramena, ktoré si vyžiadali liečbu v trvaní od 17.07.2015 do 10.08.2015 podľa znaleckého posudku. Navrhovateľ uvedeným skutkom spáchal prečin ublíženia na zdraví podľa § 156 ods. 1 Trestného zákona v jednočinnom súbehu s prečinom výtržníctva podľa § 364 ods. 1 písm. a) Trestného zákona, za čo bol odsúdený podľa § 364 ods. 1 TZ s použitím § 36 písm. j), písm. l) Trestného zákona, § 38 ods. 3 Trestného zákona k trestu odňatia slobody v trvaní 1 rok. Podľa § 49 ods. 1 písm. a) Trestného zákona sa trest podmienečne odložil a podľa § 50 ods. 1 Trestného zákona sa navrhovateľovi určila skúšobná doba 2 roky. Podľa § 65 ods. 1, 2 TZ, súd uložil navrhovateľovi aj trest vyhostenia z územia Slovenskej republiky na 15 rokov. Zároveň uznesením Okresného súdu Dunajská Streda č. 2T/8/2016 zo dňa 09.03.2016 bol navrhovateľ prepustený z väzby na slobodu s tým, že sa ihneď realizuje trest vyhostenia z územia Slovenskej republiky. Odporca poukázal na to, že bolo nevyhnutné navrhovateľa zaistiť z dôvodu existencie trestného rozkazu Okresného súdu Dunajská Streda. Predmetný trestný rozkaz a uznesenie nadobudli právoplatnosť dňa 09.03.2016. Ďalej odporca uviedol, že navrhovateľ na území Slovenskej republiky nemá žiadne rodinné väzby, nemá finančné prostriedky, a jeho prepustenie by znamenalo ohrozenie nerešpektovania zákona štátu, na ktorého území sa navrhovateľ nachádza. Uviedol, že v súlade s ustanovením § 88 ods. 4 zákona o pobyte cudzincov stanovil dĺžku zaistenia do doby výkonu trestu vyhostenia do krajiny pôvodu, najdlhšie do 09.06.2016. Proti tomuto rozhodnutiu podal navrhovateľ v zákonnej lehote prostredníctvom právneho zástupcu opravný prostriedok, v ktorom žiadal, aby súd rozhodnutie zrušil, vec vrátil odporcovi na ďalšie konanie a zároveň nariadil jeho prepustenie zo zaistenia. Opravný prostriedok odôvodnil tým, že odporca nedostatočne zistil skutkový stav veci. Uviedol, že navrhovateľ je štátnym príslušníkom Maroka, nemá platný cestovný doklad. Ďalej uviedol, že odporca striktne stanovil dĺžku doby zaistenia do 09.06.2016, avšak neodôvodnil uvedenú dĺžku konkrétnymi existujúcimi skutočnosťami. Poukázal na to, že je krajina pôvodu navrhovateľa zrejmá, preto neexistuje žiadna prekážka, ktorá by bránila bezodkladnému uskutočneniu trestu vyhostenia. Uviedol, že čo najskôr sa chce navrhovateľ vrátiť do krajiny pôvodu. Dĺžku zaistenia, vzhľadom na dôvod uvedený v napadnutom rozhodnutí považuje za neúčelnú. Vzhľadom na neexistenciu cestovného dokladu existujú obavy, že sa dĺžka zaistenia môže predĺžiť. Poukázal na to, že odporca žiadnym spôsobom, žiadnymi konkrétnymi skutkovými okolnosťami v prejednávanej veci neodôvodnil dĺžku stanovenej doby zaistenia. K podanému opravnému prostriedku sa písomne vyjadril odporca spolu s predložením administratívneho spisu a uviedol, že navrhovateľa zaistil podľa § 88 ods. 1 písm. b) zákona o pobyte cudzincov, z dôvodu existencie rozhodnutia o administratívnom vyhostení. Uviedol, že navrhovateľ bol trestným rozkazom Okresného súdu Dunajská Streda uznaný za vinného za prečin ublíženia na zdraví v jednočinnom súbehu s prečinom výtržníctva, za čo bol právoplatne odsúdený k trestu odňatia slobody v trvaní na 1rok. Trest sa podmienečne odložil a určila sa skúšobná doba na 2 roky a súd uložil navrhovateľovi podľa § 65 ods. 1 Trestného zákona aj trest vyhostenia z územia Slovenskej republiky na 15 rokov. Poukázal na to, že navrhovateľ nemá žiaden legálny zdroj príjmov, nedisponuje žiadnymi finančnými prostriedkami, žiadnym dokladom totožnosti, preto jediná možnosť, je zaistiť navrhovateľa, umiestniť ho do ubytovacieho zariadenia , a v danom prípade do ÚPZC Medveďov, ktorý po zabezpečení náhradného cestovného dokladu má možnosť realizovania trestu vyhostenia z územia Slovenskej republiky. Krajský súd v Bratislave ako súd vecne a mieste príslušný na konanie preskúmal rozhodnutie odporcu v rozsahu dôvodov podaného opravného prostriedku navrhovateľa ako aj konanie, ktoré vydaniu rozhodnutia predchádzalo na nariadenom pojednávaní konanom dňa 12.4.2016,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preskúmal napadnuté rozhodnutie odporcu, pričom vychádzal z jednotlivých námietok uvedených v opravnom prostriedku navrhovateľa a musí konštatovať, že preskúmavané rozhodnutie je vecne správne a navrhovateľom podané námietky proti nemu uvedené v jeho opravnom prostriedku nie sú dôvodné. K námietke týkajúcej sa dĺžky doby zaistenia, ako aj odôvodnenia dĺžky zaistenia konkrétnymi skutočnosťami, súd uvádza, že odporca dĺžku doby zaistenia stanovil na čas nevyhnutne potrebný, najviac do 09.06.2016, pričom nejde o konkrétny dátum doby zaistenia ale o hraničný termín doby zaistenia. Navrhovateľ na území SR nemá rodinných príslušníkov, nie je držiteľom oprávnenia na pobyt, nemá udelenú medzinárodnú ochranu, nemá zabezpečené ubytovanie, nemá finančné prostriedky, ktorými by si zabezpečil ubytovanie. Podľa názoru súdu neobstojí navrhovateľova námietka o spoľahlivo nezistenom stave veci. Odporca riadne zistil skutkový stav, u navrhovateľa stále trvajú dôvody zaistenia. Navrhovateľovi bolo dňa 09.03.2016 vydané rozhodnutie, kde bol rozsudkom právoplatne odsúdený za prečin ublíženia na zdraví, na trest odňatia slobody v trvaní 1 rok na skúšobnú dobu 2 roky a bol mu uložený trest vyhostenia z územia Slovenskej republiky na 15 rokov. Na území Slovenskej republiky má neoprávnený pobyt, o udelenie azylu nežiadal a taktiež nežiadal o využitie asistovaného dobrovoľného návratu prostredníctvom Medzinárodnej organizácie pre migráciu IOM Bratislava. Stanovená dĺžka zaistenia je nevyhnutná, vzhľadom na to, že je potrebné zabezpečiť vydanie náhradného cestovného dokladu ako aj samotné vyhostenie. V predmetnej veci dňa 10.03.2016 bola zaslaná žiadosť o vykonanie lustrácie navrhovateľa na území Marockého kráľovstva za účelom zistenia totožnosti, a taktiež dňa 10.03.2016 bola vykonaná návšteva na Zastupiteľskom úrade Maroka vo Viedni za účelom urýchlenia procesu vystavenia náhradného cestovného dokladu. Odporca správne vychádzal z jemu dostupných informácií a tieto objektívne posúdil, posudzoval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 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https://www.kauzis.sk/judikatura/r/ECLI:SK:KSBA:2016:1016200563.1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