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1S/72/2016 z 15. 6. 2016</w:t>
      </w:r>
    </w:p>
    <w:p>
      <w:r>
        <w:t>Uznesenie Krajského súdu Bratislava z 15. júna 2016, sp. zn. 1S/72/2016, ECLI:SK:KSBA:2016:1016200587.1</w:t>
      </w:r>
    </w:p>
    <w:p>
      <w:r>
        <w:t>Súd: Krajský súd Bratislava</w:t>
      </w:r>
    </w:p>
    <w:p>
      <w:r>
        <w:t>Spisová značka: 1S/72/2016</w:t>
      </w:r>
    </w:p>
    <w:p>
      <w:r>
        <w:t>ECLI: ECLI:SK:KSBA:2016:1016200587.1</w:t>
      </w:r>
    </w:p>
    <w:p>
      <w:r>
        <w:t>Dátum vydania: 15.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1S/72/2016 Identifikačné číslo súdneho spisu: 1016200587 Dátum vydania rozhodnutia: 16. 06. 2016 Meno a priezvisko sudcu, VSÚ: JUDr. Monika Valašíková PhD. ECLI: ECLI:SK:KSBA:2016:1016200587.1 Uznesenie Krajský súd v Bratislave v právnej veci žalobcu: Ľ. A., P. XXXX/XX, XXX XX Š.V., proti žalovanému: Ústredie práce, sociálnych vecí a rodiny, Špitálska 8, 812 67 Bratislava, o preskúmanie zákonnosti rozhodnutia žalovaného č. UPS/US1/SSSOPHNSSD/SOC/2016/1677-0003 Km zo dňa 27.01.2016, takto r o z h o d o l : Krajský súd v Bratislave p o s t u p u j e vec Krajskému súdu v Trnave. o d ô v o d n e n i e : Žalobou doručenou tunajšiemu súdu dňa 06.04.2016 sa žalobca domáhal preskúmania zákonnosti rozhodnutia žalovaného č. UPS/US1/SSSOPHNSSD/SOC/2016/1677-0003 Km zo dňa 27.01.2016, ktorým ten zamietol odvolanie žalobcu a potvrdil rozhodnutie Úradu práce sociálnych vecí a rodiny v Nových Zámkoch, odboru sociálnych vecí a rodiny, sociálne veci a rodina, pracoviska Šaľa č. NZ4/SVaR/ SOC/2015/66007-0016 zo dňa 25.11.2015.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 uvedenej veci bolo zistené, že Krajský súd v Bratislave nie je miestne príslušným na konanie o podanej žalobe. Žalovaný - Ústredie práce, sociálnych vecí a rodiny - je správnym orgánom s pôsobnosťou pre celé územie Slovenskej republiky, avšak nejde o ústredný orgán štátnej správy. Miestne príslušným je preto krajský súd, v ktorého obvode je všeobecný súd žalobcu. Keďže žalobca má bydlisko v Š., jeho všeobecným súdom je Okresný súd Galanta, ktorý sa nachádza v obvode Krajského súdu v Trnave, ktorému bude vec postúpená po právoplatnosti tohto uznesenia. Poučenie: Proti tomuto uzneseniu nie je prípustný opravný prostriedok.</w:t>
      </w:r>
    </w:p>
    <w:p/>
    <w:p>
      <w:r>
        <w:t>Zdroj: KAUZIS.SK – https://www.kauzis.sk/judikatura/r/ECLI:SK:KSBA:2016:1016200587.1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