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6S/67/2016 z 30. 5. 2016</w:t>
      </w:r>
    </w:p>
    <w:p>
      <w:r>
        <w:t>Uznesenie Krajského súdu Bratislava z 30. mája 2016, sp. zn. 6S/67/2016, ECLI:SK:KSBA:2016:1016200601.1</w:t>
      </w:r>
    </w:p>
    <w:p>
      <w:r>
        <w:t>Súd: Krajský súd Bratislava</w:t>
      </w:r>
    </w:p>
    <w:p>
      <w:r>
        <w:t>Spisová značka: 6S/67/2016</w:t>
      </w:r>
    </w:p>
    <w:p>
      <w:r>
        <w:t>ECLI: ECLI:SK:KSBA:2016:1016200601.1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6S/67/2016 Identifikačné číslo súdneho spisu: 1016200601 Dátum vydania rozhodnutia: 31. 05. 2016 Meno a priezvisko sudcu, VSÚ: JUDr. Vlastimil Pavlikovský ECLI: ECLI:SK:KSBA:2016:1016200601.1 Uznesenie Krajský súd v Bratislave v právnej veci žalobcu: Národné poľnohospodárske a potravinárske centrum, so sídlom Hlohovecká 2, 951 41 Lužianky, právne zastúpený: ius aegis, s.r.o., advokátska kancelária so sídlom Ferienčíkova 7, 811 08 Bratislava, proti žalovanému: 1. Ministerstvo školstva, vedy, výskumu a športu Slovenskej republiky, so sídlom Stromová 1, 813 30 Bratislava a 2. Výskumná agentúra, so sídlom Hanulova 5/B, 841 01 Bratislava, o preskúmanie zákonnosti rozhodnutia žalovaného - Správy o zistenej nezrovnalosti č. N21600287/S01 zo dňa 25.2.2016 a rozhodnutia - Žiadosti o vrátenie finančných prostriedkov č. 26210120022/Z01 zo dňa 25.2.2016 a o odklade vykonateľnosti, takto r o z h o d o l : Krajský súd v Bratislave o d k l a d á vykonateľnosť rozhodnutia žalovaného -Žiadosti o vrátenie finančných prostriedkov č. 26210120022/Z01 zo dňa 25.2.2016, a to až do nadobudnutia právoplatnosti rozhodnutia súdu vo veci samej. o d ô v o d n e n i e : Žalobca sa žalobou podanou Krajskému súdu v Bratislave dňa 8.4.2016 domáhal preskúmania zákonnosti rozhodnutia žalovaného - Správy o zistenej nezrovnalosti č. N21600287/S01 zo dňa 25.2.2016 a rozhodnutia - Žiadosti o vrátenie finančných prostriedkov č. 26210120022/Z01 zo dňa 25.2.2016, ktorým bola žalobcovi uložená povinnosť vrátiť poskytnuté finančné prostriedky v lehote do 15.4.2016 vyčíslene v sume XXX.XXX,XX €. Žalobca spolu s podanou žalobou žiadal o odklad vykonateľnosti, nakoľko okamžitým výkonom napadnutých rozhodnutí mu hrozí závažná ujma, pretože finančná čiastka, ktorú by mal vrátiť, predstavuje značnú položku, ktorú nemohol predvídať a jej úhrada ohrozuje bežný chod žalobcu pôsobiaceho vo verejnom záujme. Výkonom týchto rozhodnutí môže dôjsť k nenapraviteľným následkom nielen vo vzťahu k žalobcovi, ale aj vo vzťahu k samotnej verejnosti. Navyše celkovo žalobca musí vrátiť sumu XXX.XXX,XX € aj na základe iných rozhodnutí žalovaného. Podľa § 250c veta druhá O.s.p., na žiadosť účastníka môže predseda senátu uznesením vykonateľnosť rozhodnutia odložiť, ak by okamžitým výkonom napadnutého rozhodnutia hrozila závažná ujma. Krajský súd v Bratislave pri posudzovaní návrhu žalobcu na odklad vykonateľnosti vyššie uvedených rozhodnutí dospel k záveru, že len v prípade Žiadosti o vrátenie finančných prostriedkov č. 26210120022/ Z01 zo dňa 25.2.2016 vydanej žalovaným, dochádza k zásahu do práv a oprávnených záujmov žalobcu, nakoľko vrátením finančných prostriedkov by mu hrozila závažná ujma spočívajúca v neúnosnom finančnom zaťažení. V prípade Správy o zistenej nezrovnalosti č. N21600287/S01 zo dňa 25.2.2016 krajský súd návrhu na odklad vykonateľnosti nevyhovel, nakoľko toto rozhodnutie žalovaného nemá dopad na finančnú sféru žalobcu z titulu, že vo svojej podstate konštatuje len nezrovnalosť vo finančných prostriedkoch a žalobcovi neukladá žiadnu povinnosť. O tejto skutočnosti bol žalobca informovaný prostredníctvom Oznámenia o nevyhovení návrhu na odklad vykonateľnosti. Na základe vyššie uvedených skutočností Krajský súd v Bratislave odložil vykonateľnosť rozhodnutia žalovaného - Žiadosti o vrátenie finančných prostriedkov č. 26210120022/Z01 zo dňa 25.2.2016 vydanej žalovaným, a to až do nadobudnutia právoplatnosti rozhodnutia súdu vo veci samej. Poučenie: Proti tomuto uzneseniu odvolanie nie je prípustné.</w:t>
      </w:r>
    </w:p>
    <w:p/>
    <w:p>
      <w:r>
        <w:t>Zdroj: KAUZIS.SK – https://www.kauzis.sk/judikatura/r/ECLI:SK:KSBA:2016:1016200601.1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