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8Sd/48/2016 z 26. 4. 2016</w:t>
      </w:r>
    </w:p>
    <w:p>
      <w:r>
        <w:t>Uznesenie Krajského súdu Bratislava z 26. apríla 2016, sp. zn. 8Sd/48/2016, ECLI:SK:KSBA:2016:1016200613.1</w:t>
      </w:r>
    </w:p>
    <w:p>
      <w:r>
        <w:t>Súd: Krajský súd Bratislava</w:t>
      </w:r>
    </w:p>
    <w:p>
      <w:r>
        <w:t>Spisová značka: 8Sd/48/2016</w:t>
      </w:r>
    </w:p>
    <w:p>
      <w:r>
        <w:t>ECLI: ECLI:SK:KSBA:2016:1016200613.1</w:t>
      </w:r>
    </w:p>
    <w:p>
      <w:r>
        <w:t>Dátum vydania: 26. 4. 2016</w:t>
      </w:r>
    </w:p>
    <w:p>
      <w:r>
        <w:t>Forma: Uznesenie</w:t>
      </w:r>
    </w:p>
    <w:p>
      <w:pPr>
        <w:pStyle w:val="Heading2"/>
      </w:pPr>
      <w:r>
        <w:t>Text rozhodnutia</w:t>
      </w:r>
    </w:p>
    <w:p>
      <w:r>
        <w:t>Súd: Krajský súd Bratislava Spisová značka: 8Sd/48/2016 Identifikačné číslo súdneho spisu: 1016200613 Dátum vydania rozhodnutia: 27. 04. 2016 Meno a priezvisko sudcu, VSÚ: JUDr. Peter Pospech ECLI: ECLI:SK:KSBA:2016:1016200613.1 Uznesenie Krajský súd v Bratislave v právnej veci navrhovateľa: W. V., O.. XX.XX.XXXX, V. G. XXXX/XX, XXX XX V., proti odporkyni: Sociálna poisťovňa - ústredie, Ul. 29. augusta 8, 813 63 Bratislava, o invalidný dôchodok, takto r o z h o d o l : Krajský súd v Bratislave návrh odmieta. Žiaden z účastníkov nemá právo na náhradu trov konania. o d ô v o d n e n i e : Navrhovateľ sa domáhal podľa tretej hlavy piatej časti Občianskeho súdneho poriadku (ďalej len „O.s.p.“) preskúmania zákonnosti rozhodnutia odporkyne číslo XXX XXX XXXX X zo dňa 08.07.2015, ktorým mu bola zamietnutá jeho žiadosť o invalidný dôchodok zo dňa 11.06.2015. Z obsahu spisu súd zistil, že uvedené rozhodnutie bolo navrhovateľovi doručené do vlastných rúk dňa 12.07.2015, čo potvrdil svojím podpisom na doručenke. Napadnuté rozhodnutie obsahovalo správne poučenie o mieste a lehote na podanie návrhu na jeho preskúmanie. Opravný prostriedok navrhovateľa zo dňa 21.03.2016 bol odovzdaný na poštovú prepravu podľa odtlačku pečiatky pošty na obálke až dňa 21.03.2016, t.j. po uplynutí stanovenej 30 - dňovej lehoty na podanie návrhu na preskúmanie rozhodnutia. Podľa ust. § 250l ods. 1 O.s.p. podľa ustanovení tejto hlavy sa postupuje v prípadoch, v ktorých zákon zveruje súdom rozhodovanie o opravných prostriedkoch proti neprávoplatným rozhodnutiam správnych orgánov.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danom prípade bol opravný prostriedok navrhovateľa podaný oneskorene. Navrhovateľ prevzal zásielku dňa 12.07.2015. Dňom 13.07.2015 začala plynúť 30 - dňová lehota na podanie opravného prostriedku proti rozhodnutiu odporkyne, ktorá sa skončila dňom 11.08.2015. Navrhovateľ podal opravný prostriedok na poštu až dňa 21.03.2016. Pretože návrh - opravný prostriedok voči napadnutému rozhodnutiu odporkyne bol podaný oneskorene, súd rozhodol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na Krajskom súde v Bratislave, písomne, dvojmo.</w:t>
      </w:r>
    </w:p>
    <w:p/>
    <w:p>
      <w:r>
        <w:t>Zdroj: KAUZIS.SK – https://www.kauzis.sk/judikatura/r/ECLI:SK:KSBA:2016:1016200613.1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