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8Sd/49/2016 z 12. 4. 2016</w:t>
      </w:r>
    </w:p>
    <w:p>
      <w:r>
        <w:t>Uznesenie Krajského súdu Bratislava z 12. apríla 2016, sp. zn. 8Sd/49/2016, ECLI:SK:KSBA:2016:1016200614.1</w:t>
      </w:r>
    </w:p>
    <w:p>
      <w:r>
        <w:t>Súd: Krajský súd Bratislava</w:t>
      </w:r>
    </w:p>
    <w:p>
      <w:r>
        <w:t>Spisová značka: 8Sd/49/2016</w:t>
      </w:r>
    </w:p>
    <w:p>
      <w:r>
        <w:t>ECLI: ECLI:SK:KSBA:2016:1016200614.1</w:t>
      </w:r>
    </w:p>
    <w:p>
      <w:r>
        <w:t>Dátum vydania: 12. 4.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8Sd/49/2016 Identifikačné číslo súdneho spisu: 1016200614 Dátum vydania rozhodnutia: 13. 04. 2016 Meno a priezvisko sudcu, VSÚ: JUDr. Peter Pospech ECLI: ECLI:SK:KSBA:2016:1016200614.1 Uznesenie Krajský súd v Bratislave v právnej veci navrhovateľa: Z. Z., H.. XX.X.XXXX, C. C. XX, XXX XX C., proti odporcovi: Sociálna poisťovňa - ústredie, Ulica 29. augusta č. 8, 813 63 Bratislava, o invalidný dôchodok, takto r o z h o d o l : Súd konanie z a s t a v u j e . Žiaden z účastníkov nemá právo na náhradu trov konania. o d ô v o d n e n i e : Navrhovateľ svojím návrhom došlým dňa 23.12.2015 žiadal SP- ústredie Bratislava preskúmať rozhodnutie odporkyne číslo XXX XXX XXXX X zo dňa 27.10.2016, ktorým odporkyňa zastavila priznanie výplatu invalidného dôchodku. Písomným prehlásením došlým súdu v LS zo dňa 5.4.2016 navrhovateľ vzal späť návrh v celom rozsahu a žiadal konanie zastaviť. Odporkyňa nemala námietky k zastaveniu konania. Súd podľa § 250d ods. 3 v spojení s § 250h ods. 2 a § 250l ods. 2 O.s.p. konanie zastavil. O trovách konania súd rozhodol podľa § 246c a § 146 ods. 1 písm. c) O.s.p. Poučenie: Proti tomuto uzneseniu je možné podať odvolanie do 15 dní odo dňa jeho doručenia na Krajskom súde v Bratislave, písomne, dvojmo.</w:t>
      </w:r>
    </w:p>
    <w:p/>
    <w:p>
      <w:r>
        <w:t>Zdroj: KAUZIS.SK – https://www.kauzis.sk/judikatura/r/ECLI:SK:KSBA:2016:1016200614.1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