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5S/74/2016 z 12. 9. 2016</w:t>
      </w:r>
    </w:p>
    <w:p>
      <w:r>
        <w:t>Uznesenie Krajského súdu Bratislava z 12. septembra 2016, sp. zn. 5S/74/2016, ECLI:SK:KSBA:2016:1016200646.3</w:t>
      </w:r>
    </w:p>
    <w:p>
      <w:r>
        <w:t>Súd: Krajský súd Bratislava</w:t>
      </w:r>
    </w:p>
    <w:p>
      <w:r>
        <w:t>Spisová značka: 5S/74/2016</w:t>
      </w:r>
    </w:p>
    <w:p>
      <w:r>
        <w:t>ECLI: ECLI:SK:KSBA:2016:1016200646.3</w:t>
      </w:r>
    </w:p>
    <w:p>
      <w:r>
        <w:t>Dátum vydania: 12. 9. 2016</w:t>
      </w:r>
    </w:p>
    <w:p>
      <w:r>
        <w:t>Forma: Uznesenie</w:t>
      </w:r>
    </w:p>
    <w:p>
      <w:pPr>
        <w:pStyle w:val="Heading2"/>
      </w:pPr>
      <w:r>
        <w:t>Text rozhodnutia</w:t>
      </w:r>
    </w:p>
    <w:p>
      <w:r>
        <w:t>Súd: Krajský súd Bratislava Spisová značka: 5S/74/2016 Identifikačné číslo súdneho spisu: 1016200646 Dátum vydania rozhodnutia: 13. 09. 2016 Meno a priezvisko sudcu, VSÚ: JUDr. Dáša Filová ECLI: ECLI:SK:KSBA:2016:1016200646.3 Uznesenie Krajský súd v Bratislave v právnej veci žalobcu: U. nar. XX.XX.XXXX, štátna príslušnosť: Moldavsko, trvale bytom: E. str. XX, L., t.č. S. policajného zaistenia pre cudzincov G., XXX XX G., zastúpený: Mgr. Jarmila Karak Vargová, advokátka, so sídlom: Geromettova 131, 966 21 Lovča, pracovisko: Brečtanová 21, 831 01 Bratislava, proti žalovanému: Riaditeľstvo hraničnej a cudzineckej polície Bratislava, Hrobákova 44, 852 42 Bratislava, o preskúmanie zákonnosti rozhodnutia žalovaného č. PPZ- HCP-BA2-2016/000745-004 zo dňa 01.03.2016, takto r o z h o d o l : Správny súd žalobu o d m i e t a. Žiaden z účastníkov nemá právo na náhradu trov konania. o d ô v o d n e n i e : Žalobou doručenou tunajšiemu správnemu súdu dňa 15.04.2016 sa žalobca domáhal preskúmania zákonnosti rozhodnutia žalovaného č. PPZ-HCP-BA2-2016/000745-004 zo dňa 01.03.2016, ktorým žalovaný potvrdil rozhodnutie Prezídia policajného zboru, Úradu hraničnej a cudzineckej polície, Riaditeľstva hraničnej a cudzineckej polície Bratislava, Oddelenia cudzineckej polície Policajného zboru Bratislava č.p. PPZ-HCP-BA6-601-017/2015-AV zo dňa 13.10.2015 o administratívnom vyhostení žalobcu z územia Slovenskej republiky a uložení zákazu vstupu na 5 rokov. V danom prípade žalobca v podanej žalobe uviedol, že je zastúpený advokátkou G.. C. L. H., avšak plnomocenstvo na zastupovanie žalobcu v tomto konaní nebolo predložené. Prílohou žaloby bolo iba rozhodnutie Centra právnej pomoci, Kancelárie Bratislava sp. zn. 12071/2015-KaBA, ČRZ: 66421/2015 zo dňa 26.10.2015, ktorým Centrum právnej pomoci určilo žalobcovi ako oprávnenej osobe advokátku Mgr. Jarmilu Karak Vargovú, so sídlom: Geromettova 131, 966 21 Lovča, pracovisko: Brečtanová 21, 831 01 Bratislava na jeho zastupovanie v súdnom konaní. Keďže žalobca musel byť v čase podania žaloby zastúpený advokátom (v zmysle § 250a O.s.p. účinného do 30.06.2016), správny súd uznesením zo dňa 22.04.2016, č.k. 5S 74/2016 - 8 uložil žalobcovi povinnosť predložiť v lehote 10 dní originál plnomocenstva udeleného advokátke Mgr. Jarmile Karak Vargovej určenej Centrom právnej pomoci, Kanceláriou Bratislava, na základe rozhodnutia sp. zn. 12071/2015-KaBA, ČRZ: 66421/2015 zo dňa 26.10.2015 na zastupovanie v konaní. Voči tomuto uzneseniu podal žalobca dňa 25.05.2016 odvolanie z dôvodu nesprávneho právneho posúdenia veci a nepreskúmateľnosti rozhodnutia pre jeho nezrozumiteľnosť. Mal za to, že v prípadoch poskytnutia právnej pomoci v konaní o administratívnom vyhostení je v zmysle ust. § 24c ods. 3 zákona č. 327/2005 Z. z. o poskytovaní právnej pomoci osobám v materiálnej núdzi a o zmene a doplnení zákona č. 586/2003 Z. z. o advokácii a o zmene a doplnení zákona č. 455/1991 Zb. o živnostenskom podnikaní v znení neskorších predpisov v znení zákona č. 8/2005 Z. z. plná moc na zastupovanie súčasťou žiadosti fyzickej osoby o poskytnutie právnej pomoci a osobitne sa dohoda a/alebo plná moc na zastupovanie s advokátom nepodpisuje. Nakoľko uznesenie konajúceho súdu č. k. 5S 74/2016 - 8 zo dňa 22.04.2016 vydal vyšší súdny úradník a v prípade, že by ho vydal sudca, nebolo proti nemu podľa § 202 ods. 3 písm. l) O.s.p. prípustné odvolanie, uznesenie sa podľa § 374 ods. 4 veta tretia O.s.p. podaním odvolania zrušilo a opätovne vo veci rozhodol sudca, resp. senát správneho súdu. Krajský súd v Bratislave uznesením zo dňa 13.06.2016, č. k. 5S 74/2016 - 11 opätovne vyzval žalobcu na predloženie plnej moci udelenej advokátke Mgr. Jarmile Karak Vargovej na jeho zastupovanie v súdnom konaní. K odvolaniu žalobcu správny súd uviedol, že splnomocnenie, ktoré je súčasťou tlačiva Centra právnej pomoci „Žiadosť o poskytnutie právnej pomoci v konaní o administratívnom vyhostení“, nie je pre účely zastupovania v súdnom konaní postačujúce, nakoľko je určené len na zastupovanie žiadateľa o poskytnutie právnej pomoci v správnom konaní o administratívnom vyhostení a nie na účel zastupovania v konaní pred správnym súdom, predmetom ktorého je preskúmanie zákonnosti rozhodnutia o administratívnom vyhostení. Uznesenie správneho súdu zo dňa 13.06.2016, č. k. 5S 74/2016 - 11 bolo právnej zástupkyni žalobcu doručené dňa 04.07.2016. Žalobca však na výzvu správneho súdu v stanovenej lehote, resp. do dátumu vydania tohto rozhodnutia nijako nereagoval. Podľa § 250a O.s.p., v znení účinnom do 30.06.2016,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97 SSP ak tento zákon neustanovuje inak, správny súd kedykoľvek počas konania prihliada na to, či sú splnené podmienky, za ktorých môže správny súd konať a rozhodnúť (ďalej len "procesné podmienky"). Podľa § 98 ods. 1 písm. e) SSP správny súd uznesením odmietne žalobu, ak bola podaná zjavne neoprávnenou osobou. Podľa § 98 ods.1 písm. f) SSP správny súd uznesením odmietne žalobu, ak žalobca nebol pri jej podaní zastúpený podľa § 49 ods. 1 alebo § 50. Nakoľko žalobca nedoložil originál plnomocenstva na zastupovanie v konaní riadne a včas, pričom bol dvakrát na doloženie plnomocenstva vyzvaný, správny súd rozhodol v zmysle § 98 ods. 1 písm. f) SSP tak, že žalobu odmietol, keďže žalobca nepreukázal, že by bol v konaní zastúpený advokátkou už v čase podania žaloby na správny súd, t.j. dňa 14.04.2016. Podľa aktuálnej právnej úpravy síce žalobca v konaní o správnej žalobe vo veci administratívneho vyhostenia nemusí byť v zmysle § 49 ods. 2 písm. b) SSP zastúpený advokátom, avšak v danom prípade je žaloba podpísaná advokátkou Mgr. Jarmilou Karak Vargovou a nie samotným žalobcom, a preto správny súd žalobu odmietol aj podľa § 98 ods. 1 písm. e) SSP, keďže je podaná zjavne neoprávnenou osobou.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https://www.kauzis.sk/judikatura/r/ECLI:SK:KSBA:2016:1016200646.3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