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5Sp/7/2016 z 14. 4. 2016</w:t>
      </w:r>
    </w:p>
    <w:p>
      <w:r>
        <w:t>Uznesenie Krajského súdu Bratislava z 14. apríla 2016, sp. zn. 5Sp/7/2016, ECLI:SK:KSBA:2016:1016200647.1</w:t>
      </w:r>
    </w:p>
    <w:p>
      <w:r>
        <w:t>Súd: Krajský súd Bratislava</w:t>
      </w:r>
    </w:p>
    <w:p>
      <w:r>
        <w:t>Spisová značka: 5Sp/7/2016</w:t>
      </w:r>
    </w:p>
    <w:p>
      <w:r>
        <w:t>ECLI: ECLI:SK:KSBA:2016:1016200647.1</w:t>
      </w:r>
    </w:p>
    <w:p>
      <w:r>
        <w:t>Dátum vydania: 14. 4. 2016</w:t>
      </w:r>
    </w:p>
    <w:p>
      <w:r>
        <w:t>Forma: Uznesenie</w:t>
      </w:r>
    </w:p>
    <w:p>
      <w:pPr>
        <w:pStyle w:val="Heading2"/>
      </w:pPr>
      <w:r>
        <w:t>Text rozhodnutia</w:t>
      </w:r>
    </w:p>
    <w:p>
      <w:r>
        <w:t>Súd: Krajský súd Bratislava Spisová značka: 5Sp/7/2016 Identifikačné číslo súdneho spisu: 1016200647 Dátum vydania rozhodnutia: 15. 04. 2016 Meno a priezvisko sudcu, VSÚ: JUDr. Peter Pospech ECLI: ECLI:SK:KSBA:2016:1016200647.1 Uznesenie Krajský súd v Bratislave pred samosudcom JUDr. Petrom Pospechom v právnej veci navrhovateľa: V. Z., Z.. XX.X.XXXX, Š.K. X. R., proti odporcovi: Prezídium Policajného zboru, Úrad Hraničnej a cudzineckej polície, Riaditeľstvo hraničnej a cudzineckej polície Bratislava, Oddelenie cudzineckej polície PZ Bratislava, Hrobákova 44, 852 42 Bratislava, o preskúmanie rozhodnutia odporcu č.k. PPZ- HCP-BA6-82-013/2016-AV zo dňa 24.3.2016 takto r o z h o d o l : Opravný prostriedok navrhovateľa voči rozhodnutiu odporcu č.k. PPZ-HCP-BA6-82-013/2016-AV zo dňa 24.3.2016 sa o d m i e t a. o d ô v o d n e n i e : Dňa 15.4.2016 bol súdu doručený opravný prostriedok navrhovateľa, ktorý smeroval proti rozhodnutiu PPZ-HCP-BA6-82-013/2016-AV zo dňa 24.3.2016. Predmetným rozhodnutím odporca rozhodol, že zaisťuje účastníka konania-navrhovateľa V. Z., nar. dňa XX.X.XXXX, Š. X. R., preukaz žiadateľa o azyl Rakúska číslo 151717348-001 dňom vydania rozhodnutia a umiestňuje ho dňa 24.3.2016 v Útvare policajného zaistenia pre cudzincov v Medveďove. Predmetné rozhodnutie odporcu nadobudlo právoplatnosť dňom 24.3.2016 a opravný prostriedok navrhovateľa bol podaný dňa 13.4.2016 a doručený Krajskému súdu v Bratislave dňa 15.4.2016.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Z predloženého rozhodnutia je zrejmé, že opravný prostriedok navrhovateľa bol podaný oneskorene, po nadobudnutí právoplatnosti rozhodnutia o zaistení č.k. PPZ-HCP-BA6-82-013/2016-AV dňa 24.3.2016. Vzhľadom k oneskorenému podaniu opravného prostriedku navrhovateľom, súd v súlade s ust. § 250p O.s.p. opravný prostriedok navrhovateľa odmietol ako oneskorene podaný. Poučenie: Proti tomuto uzneseniu je možné podať odvolanie do 7 dní odo dňa jeho doručenia na Krajskom súde v Bratislave, písomne, dvojmo.</w:t>
      </w:r>
    </w:p>
    <w:p/>
    <w:p>
      <w:r>
        <w:t>Zdroj: KAUZIS.SK – https://www.kauzis.sk/judikatura/r/ECLI:SK:KSBA:2016:1016200647.1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